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2160"/>
        <w:gridCol w:w="7200"/>
      </w:tblGrid>
      <w:tr w:rsidR="00E100AC" w14:paraId="42E0BE59" w14:textId="77777777">
        <w:trPr>
          <w:jc w:val="center"/>
        </w:trPr>
        <w:tc>
          <w:tcPr>
            <w:tcW w:w="2160" w:type="dxa"/>
            <w:tcMar>
              <w:top w:w="0" w:type="dxa"/>
              <w:left w:w="0" w:type="dxa"/>
              <w:bottom w:w="0" w:type="dxa"/>
              <w:right w:w="100" w:type="dxa"/>
            </w:tcMar>
          </w:tcPr>
          <w:p w14:paraId="33C51574" w14:textId="7C371E53" w:rsidR="00E100AC" w:rsidRDefault="00E100AC">
            <w:pPr>
              <w:spacing w:after="0"/>
            </w:pPr>
          </w:p>
        </w:tc>
        <w:tc>
          <w:tcPr>
            <w:tcW w:w="7200" w:type="dxa"/>
            <w:tcMar>
              <w:top w:w="0" w:type="dxa"/>
              <w:left w:w="100" w:type="dxa"/>
              <w:bottom w:w="0" w:type="dxa"/>
              <w:right w:w="0" w:type="dxa"/>
            </w:tcMar>
          </w:tcPr>
          <w:p w14:paraId="2AD4DAF5" w14:textId="6A092757" w:rsidR="00E100AC" w:rsidRDefault="00E100AC">
            <w:pPr>
              <w:spacing w:after="40"/>
            </w:pPr>
          </w:p>
        </w:tc>
      </w:tr>
    </w:tbl>
    <w:p w14:paraId="42F331E6" w14:textId="77777777" w:rsidR="00E100AC" w:rsidRDefault="00E100AC">
      <w:pPr>
        <w:spacing w:before="120" w:after="240"/>
      </w:pPr>
    </w:p>
    <w:tbl>
      <w:tblPr>
        <w:tblW w:w="0" w:type="auto"/>
        <w:jc w:val="center"/>
        <w:tblLook w:val="04A0" w:firstRow="1" w:lastRow="0" w:firstColumn="1" w:lastColumn="0" w:noHBand="0" w:noVBand="1"/>
      </w:tblPr>
      <w:tblGrid>
        <w:gridCol w:w="9360"/>
      </w:tblGrid>
      <w:tr w:rsidR="00E100AC" w:rsidRPr="00C53053" w14:paraId="2185CEE7" w14:textId="77777777" w:rsidTr="00EB6423">
        <w:trPr>
          <w:jc w:val="center"/>
        </w:trPr>
        <w:tc>
          <w:tcPr>
            <w:tcW w:w="9360" w:type="dxa"/>
            <w:shd w:val="clear" w:color="auto" w:fill="17365D" w:themeFill="text2" w:themeFillShade="BF"/>
            <w:tcMar>
              <w:top w:w="120" w:type="dxa"/>
              <w:left w:w="180" w:type="dxa"/>
              <w:bottom w:w="120" w:type="dxa"/>
              <w:right w:w="180" w:type="dxa"/>
            </w:tcMar>
          </w:tcPr>
          <w:p w14:paraId="06CE2F08" w14:textId="77777777" w:rsidR="00E100AC" w:rsidRPr="00C53053" w:rsidRDefault="00000000">
            <w:pPr>
              <w:spacing w:after="0"/>
              <w:jc w:val="center"/>
              <w:rPr>
                <w:rFonts w:ascii="Arial Nova" w:hAnsi="Arial Nova"/>
              </w:rPr>
            </w:pPr>
            <w:r w:rsidRPr="00C53053">
              <w:rPr>
                <w:rFonts w:ascii="Arial Nova" w:hAnsi="Arial Nova"/>
                <w:b/>
                <w:color w:val="FFFFFF"/>
                <w:sz w:val="30"/>
              </w:rPr>
              <w:t>RECRUITMENT APPLICATION PACK</w:t>
            </w:r>
            <w:r w:rsidRPr="00C53053">
              <w:rPr>
                <w:rFonts w:ascii="Arial Nova" w:hAnsi="Arial Nova"/>
                <w:b/>
                <w:color w:val="FFFFFF"/>
                <w:sz w:val="30"/>
              </w:rPr>
              <w:br/>
              <w:t>TEMPORARY ADMINISTRATIVE ASSISTANT</w:t>
            </w:r>
          </w:p>
          <w:p w14:paraId="2EEEFDA7" w14:textId="77777777" w:rsidR="00E100AC" w:rsidRPr="00C53053" w:rsidRDefault="00000000">
            <w:pPr>
              <w:spacing w:before="80" w:after="0"/>
              <w:jc w:val="center"/>
              <w:rPr>
                <w:rFonts w:ascii="Arial Nova" w:hAnsi="Arial Nova"/>
              </w:rPr>
            </w:pPr>
            <w:r w:rsidRPr="00C53053">
              <w:rPr>
                <w:rFonts w:ascii="Arial Nova" w:hAnsi="Arial Nova"/>
                <w:color w:val="E6F2E9"/>
                <w:sz w:val="19"/>
              </w:rPr>
              <w:t>Lambourn Parish Council | West Berkshire | November 2026</w:t>
            </w:r>
          </w:p>
        </w:tc>
      </w:tr>
    </w:tbl>
    <w:p w14:paraId="255F4897" w14:textId="77777777" w:rsidR="00E100AC" w:rsidRPr="00C53053" w:rsidRDefault="00E100AC">
      <w:pPr>
        <w:rPr>
          <w:rFonts w:ascii="Arial Nova" w:hAnsi="Arial Nova"/>
        </w:rPr>
      </w:pPr>
    </w:p>
    <w:p w14:paraId="53708612" w14:textId="55C8461A" w:rsidR="00E100AC" w:rsidRPr="00C53053" w:rsidRDefault="00000000">
      <w:pPr>
        <w:keepNext/>
        <w:spacing w:before="320" w:after="120"/>
        <w:rPr>
          <w:rFonts w:ascii="Arial Nova" w:hAnsi="Arial Nova"/>
          <w:color w:val="244061" w:themeColor="accent1" w:themeShade="80"/>
        </w:rPr>
      </w:pPr>
      <w:r w:rsidRPr="00C53053">
        <w:rPr>
          <w:rFonts w:ascii="Arial Nova" w:hAnsi="Arial Nova"/>
          <w:b/>
          <w:color w:val="244061" w:themeColor="accent1" w:themeShade="80"/>
          <w:sz w:val="28"/>
        </w:rPr>
        <w:t xml:space="preserve">1. Applicant Guidance </w:t>
      </w:r>
      <w:r w:rsidR="00C53053">
        <w:rPr>
          <w:rFonts w:ascii="Arial Nova" w:hAnsi="Arial Nova"/>
          <w:b/>
          <w:color w:val="244061" w:themeColor="accent1" w:themeShade="80"/>
          <w:sz w:val="28"/>
        </w:rPr>
        <w:t>and</w:t>
      </w:r>
      <w:r w:rsidRPr="00C53053">
        <w:rPr>
          <w:rFonts w:ascii="Arial Nova" w:hAnsi="Arial Nova"/>
          <w:b/>
          <w:color w:val="244061" w:themeColor="accent1" w:themeShade="80"/>
          <w:sz w:val="28"/>
        </w:rPr>
        <w:t xml:space="preserve"> Overview</w:t>
      </w:r>
    </w:p>
    <w:tbl>
      <w:tblPr>
        <w:tblW w:w="0" w:type="auto"/>
        <w:jc w:val="center"/>
        <w:tblLook w:val="04A0" w:firstRow="1" w:lastRow="0" w:firstColumn="1" w:lastColumn="0" w:noHBand="0" w:noVBand="1"/>
      </w:tblPr>
      <w:tblGrid>
        <w:gridCol w:w="2880"/>
        <w:gridCol w:w="6480"/>
      </w:tblGrid>
      <w:tr w:rsidR="00E100AC" w:rsidRPr="00C53053" w14:paraId="7B51CB9E" w14:textId="77777777">
        <w:trPr>
          <w:jc w:val="center"/>
        </w:trPr>
        <w:tc>
          <w:tcPr>
            <w:tcW w:w="2880" w:type="dxa"/>
            <w:shd w:val="clear" w:color="auto" w:fill="F2F5F3"/>
            <w:tcMar>
              <w:top w:w="50" w:type="dxa"/>
              <w:left w:w="80" w:type="dxa"/>
              <w:bottom w:w="50" w:type="dxa"/>
              <w:right w:w="80" w:type="dxa"/>
            </w:tcMar>
          </w:tcPr>
          <w:p w14:paraId="1ED449BE" w14:textId="77777777" w:rsidR="00E100AC" w:rsidRPr="00C53053" w:rsidRDefault="00000000">
            <w:pPr>
              <w:spacing w:after="0"/>
              <w:rPr>
                <w:rFonts w:ascii="Arial Nova" w:hAnsi="Arial Nova"/>
              </w:rPr>
            </w:pPr>
            <w:r w:rsidRPr="00C53053">
              <w:rPr>
                <w:rFonts w:ascii="Arial Nova" w:hAnsi="Arial Nova"/>
                <w:b/>
                <w:color w:val="28323C"/>
                <w:sz w:val="18"/>
              </w:rPr>
              <w:t>Post Title:</w:t>
            </w:r>
          </w:p>
        </w:tc>
        <w:tc>
          <w:tcPr>
            <w:tcW w:w="6480" w:type="dxa"/>
            <w:shd w:val="clear" w:color="auto" w:fill="FFFFFF"/>
            <w:tcMar>
              <w:top w:w="50" w:type="dxa"/>
              <w:left w:w="80" w:type="dxa"/>
              <w:bottom w:w="50" w:type="dxa"/>
              <w:right w:w="80" w:type="dxa"/>
            </w:tcMar>
          </w:tcPr>
          <w:p w14:paraId="511DB266" w14:textId="77777777" w:rsidR="00E100AC" w:rsidRPr="00C53053" w:rsidRDefault="00000000">
            <w:pPr>
              <w:spacing w:after="0"/>
              <w:rPr>
                <w:rFonts w:ascii="Arial Nova" w:hAnsi="Arial Nova"/>
              </w:rPr>
            </w:pPr>
            <w:r w:rsidRPr="00C53053">
              <w:rPr>
                <w:rFonts w:ascii="Arial Nova" w:hAnsi="Arial Nova"/>
                <w:color w:val="333333"/>
                <w:sz w:val="18"/>
              </w:rPr>
              <w:t>Temporary Administrative Assistant to the Parish Council</w:t>
            </w:r>
          </w:p>
        </w:tc>
      </w:tr>
      <w:tr w:rsidR="00E100AC" w:rsidRPr="00C53053" w14:paraId="0B89B080" w14:textId="77777777">
        <w:trPr>
          <w:jc w:val="center"/>
        </w:trPr>
        <w:tc>
          <w:tcPr>
            <w:tcW w:w="2880" w:type="dxa"/>
            <w:shd w:val="clear" w:color="auto" w:fill="F2F5F3"/>
            <w:tcMar>
              <w:top w:w="50" w:type="dxa"/>
              <w:left w:w="80" w:type="dxa"/>
              <w:bottom w:w="50" w:type="dxa"/>
              <w:right w:w="80" w:type="dxa"/>
            </w:tcMar>
          </w:tcPr>
          <w:p w14:paraId="0BFD6111" w14:textId="77777777" w:rsidR="00E100AC" w:rsidRPr="00C53053" w:rsidRDefault="00000000">
            <w:pPr>
              <w:spacing w:after="0"/>
              <w:rPr>
                <w:rFonts w:ascii="Arial Nova" w:hAnsi="Arial Nova"/>
              </w:rPr>
            </w:pPr>
            <w:r w:rsidRPr="00C53053">
              <w:rPr>
                <w:rFonts w:ascii="Arial Nova" w:hAnsi="Arial Nova"/>
                <w:b/>
                <w:color w:val="28323C"/>
                <w:sz w:val="18"/>
              </w:rPr>
              <w:t>Contract Duration:</w:t>
            </w:r>
          </w:p>
        </w:tc>
        <w:tc>
          <w:tcPr>
            <w:tcW w:w="6480" w:type="dxa"/>
            <w:shd w:val="clear" w:color="auto" w:fill="F2F5F3"/>
            <w:tcMar>
              <w:top w:w="50" w:type="dxa"/>
              <w:left w:w="80" w:type="dxa"/>
              <w:bottom w:w="50" w:type="dxa"/>
              <w:right w:w="80" w:type="dxa"/>
            </w:tcMar>
          </w:tcPr>
          <w:p w14:paraId="1281759D" w14:textId="77777777" w:rsidR="00E100AC" w:rsidRPr="00C53053" w:rsidRDefault="00000000">
            <w:pPr>
              <w:spacing w:after="0"/>
              <w:rPr>
                <w:rFonts w:ascii="Arial Nova" w:hAnsi="Arial Nova"/>
              </w:rPr>
            </w:pPr>
            <w:r w:rsidRPr="00C53053">
              <w:rPr>
                <w:rFonts w:ascii="Arial Nova" w:hAnsi="Arial Nova"/>
                <w:color w:val="333333"/>
                <w:sz w:val="18"/>
              </w:rPr>
              <w:t>3 Months Temporary Contract</w:t>
            </w:r>
          </w:p>
        </w:tc>
      </w:tr>
      <w:tr w:rsidR="00E100AC" w:rsidRPr="00C53053" w14:paraId="76832F59" w14:textId="77777777">
        <w:trPr>
          <w:jc w:val="center"/>
        </w:trPr>
        <w:tc>
          <w:tcPr>
            <w:tcW w:w="2880" w:type="dxa"/>
            <w:shd w:val="clear" w:color="auto" w:fill="F2F5F3"/>
            <w:tcMar>
              <w:top w:w="50" w:type="dxa"/>
              <w:left w:w="80" w:type="dxa"/>
              <w:bottom w:w="50" w:type="dxa"/>
              <w:right w:w="80" w:type="dxa"/>
            </w:tcMar>
          </w:tcPr>
          <w:p w14:paraId="3C44D546" w14:textId="77777777" w:rsidR="00E100AC" w:rsidRPr="00C53053" w:rsidRDefault="00000000">
            <w:pPr>
              <w:spacing w:after="0"/>
              <w:rPr>
                <w:rFonts w:ascii="Arial Nova" w:hAnsi="Arial Nova"/>
              </w:rPr>
            </w:pPr>
            <w:r w:rsidRPr="00C53053">
              <w:rPr>
                <w:rFonts w:ascii="Arial Nova" w:hAnsi="Arial Nova"/>
                <w:b/>
                <w:color w:val="28323C"/>
                <w:sz w:val="18"/>
              </w:rPr>
              <w:t>Working Hours:</w:t>
            </w:r>
          </w:p>
        </w:tc>
        <w:tc>
          <w:tcPr>
            <w:tcW w:w="6480" w:type="dxa"/>
            <w:shd w:val="clear" w:color="auto" w:fill="FFFFFF"/>
            <w:tcMar>
              <w:top w:w="50" w:type="dxa"/>
              <w:left w:w="80" w:type="dxa"/>
              <w:bottom w:w="50" w:type="dxa"/>
              <w:right w:w="80" w:type="dxa"/>
            </w:tcMar>
          </w:tcPr>
          <w:p w14:paraId="37B6AFCD" w14:textId="5E850365" w:rsidR="00E100AC" w:rsidRPr="00C53053" w:rsidRDefault="00000000">
            <w:pPr>
              <w:spacing w:after="0"/>
              <w:rPr>
                <w:rFonts w:ascii="Arial Nova" w:hAnsi="Arial Nova"/>
              </w:rPr>
            </w:pPr>
            <w:r w:rsidRPr="00C53053">
              <w:rPr>
                <w:rFonts w:ascii="Arial Nova" w:hAnsi="Arial Nova"/>
                <w:color w:val="333333"/>
                <w:sz w:val="18"/>
              </w:rPr>
              <w:t>1</w:t>
            </w:r>
            <w:r w:rsidR="00C53053">
              <w:rPr>
                <w:rFonts w:ascii="Arial Nova" w:hAnsi="Arial Nova"/>
                <w:color w:val="333333"/>
                <w:sz w:val="18"/>
              </w:rPr>
              <w:t>6</w:t>
            </w:r>
            <w:r w:rsidRPr="00C53053">
              <w:rPr>
                <w:rFonts w:ascii="Arial Nova" w:hAnsi="Arial Nova"/>
                <w:color w:val="333333"/>
                <w:sz w:val="18"/>
              </w:rPr>
              <w:t xml:space="preserve"> hours per week (Flexible working pattern to be agreed)</w:t>
            </w:r>
          </w:p>
        </w:tc>
      </w:tr>
      <w:tr w:rsidR="00E100AC" w:rsidRPr="00C53053" w14:paraId="56C57155" w14:textId="77777777">
        <w:trPr>
          <w:jc w:val="center"/>
        </w:trPr>
        <w:tc>
          <w:tcPr>
            <w:tcW w:w="2880" w:type="dxa"/>
            <w:shd w:val="clear" w:color="auto" w:fill="F2F5F3"/>
            <w:tcMar>
              <w:top w:w="50" w:type="dxa"/>
              <w:left w:w="80" w:type="dxa"/>
              <w:bottom w:w="50" w:type="dxa"/>
              <w:right w:w="80" w:type="dxa"/>
            </w:tcMar>
          </w:tcPr>
          <w:p w14:paraId="21BC6E68" w14:textId="77777777" w:rsidR="00E100AC" w:rsidRPr="00C53053" w:rsidRDefault="00000000">
            <w:pPr>
              <w:spacing w:after="0"/>
              <w:rPr>
                <w:rFonts w:ascii="Arial Nova" w:hAnsi="Arial Nova"/>
              </w:rPr>
            </w:pPr>
            <w:r w:rsidRPr="00C53053">
              <w:rPr>
                <w:rFonts w:ascii="Arial Nova" w:hAnsi="Arial Nova"/>
                <w:b/>
                <w:color w:val="28323C"/>
                <w:sz w:val="18"/>
              </w:rPr>
              <w:t>Pay Scale &amp; Rate:</w:t>
            </w:r>
          </w:p>
        </w:tc>
        <w:tc>
          <w:tcPr>
            <w:tcW w:w="6480" w:type="dxa"/>
            <w:shd w:val="clear" w:color="auto" w:fill="F2F5F3"/>
            <w:tcMar>
              <w:top w:w="50" w:type="dxa"/>
              <w:left w:w="80" w:type="dxa"/>
              <w:bottom w:w="50" w:type="dxa"/>
              <w:right w:w="80" w:type="dxa"/>
            </w:tcMar>
          </w:tcPr>
          <w:p w14:paraId="54E45609" w14:textId="49E0D6A6" w:rsidR="00E100AC" w:rsidRPr="00C53053" w:rsidRDefault="00000000">
            <w:pPr>
              <w:spacing w:after="0"/>
              <w:rPr>
                <w:rFonts w:ascii="Arial Nova" w:hAnsi="Arial Nova"/>
              </w:rPr>
            </w:pPr>
            <w:r w:rsidRPr="00C53053">
              <w:rPr>
                <w:rFonts w:ascii="Arial Nova" w:hAnsi="Arial Nova"/>
                <w:color w:val="333333"/>
                <w:sz w:val="18"/>
              </w:rPr>
              <w:t>£13.90 per hour</w:t>
            </w:r>
          </w:p>
        </w:tc>
      </w:tr>
      <w:tr w:rsidR="00E100AC" w:rsidRPr="00C53053" w14:paraId="5C5F41C1" w14:textId="77777777">
        <w:trPr>
          <w:jc w:val="center"/>
        </w:trPr>
        <w:tc>
          <w:tcPr>
            <w:tcW w:w="2880" w:type="dxa"/>
            <w:shd w:val="clear" w:color="auto" w:fill="F2F5F3"/>
            <w:tcMar>
              <w:top w:w="50" w:type="dxa"/>
              <w:left w:w="80" w:type="dxa"/>
              <w:bottom w:w="50" w:type="dxa"/>
              <w:right w:w="80" w:type="dxa"/>
            </w:tcMar>
          </w:tcPr>
          <w:p w14:paraId="6F99B074" w14:textId="77777777" w:rsidR="00E100AC" w:rsidRPr="00C53053" w:rsidRDefault="00000000">
            <w:pPr>
              <w:spacing w:after="0"/>
              <w:rPr>
                <w:rFonts w:ascii="Arial Nova" w:hAnsi="Arial Nova"/>
              </w:rPr>
            </w:pPr>
            <w:r w:rsidRPr="00C53053">
              <w:rPr>
                <w:rFonts w:ascii="Arial Nova" w:hAnsi="Arial Nova"/>
                <w:b/>
                <w:color w:val="28323C"/>
                <w:sz w:val="18"/>
              </w:rPr>
              <w:t>Location:</w:t>
            </w:r>
          </w:p>
        </w:tc>
        <w:tc>
          <w:tcPr>
            <w:tcW w:w="6480" w:type="dxa"/>
            <w:shd w:val="clear" w:color="auto" w:fill="FFFFFF"/>
            <w:tcMar>
              <w:top w:w="50" w:type="dxa"/>
              <w:left w:w="80" w:type="dxa"/>
              <w:bottom w:w="50" w:type="dxa"/>
              <w:right w:w="80" w:type="dxa"/>
            </w:tcMar>
          </w:tcPr>
          <w:p w14:paraId="76134587" w14:textId="77777777" w:rsidR="00E100AC" w:rsidRPr="00C53053" w:rsidRDefault="00000000">
            <w:pPr>
              <w:spacing w:after="0"/>
              <w:rPr>
                <w:rFonts w:ascii="Arial Nova" w:hAnsi="Arial Nova"/>
              </w:rPr>
            </w:pPr>
            <w:r w:rsidRPr="00C53053">
              <w:rPr>
                <w:rFonts w:ascii="Arial Nova" w:hAnsi="Arial Nova"/>
                <w:color w:val="333333"/>
                <w:sz w:val="18"/>
              </w:rPr>
              <w:t>Lambourn Parish Council Office, The Memorial Hall, Oxford Street, Lambourn, RG17 8XP</w:t>
            </w:r>
          </w:p>
        </w:tc>
      </w:tr>
      <w:tr w:rsidR="00E100AC" w:rsidRPr="00C53053" w14:paraId="04127E57" w14:textId="77777777">
        <w:trPr>
          <w:jc w:val="center"/>
        </w:trPr>
        <w:tc>
          <w:tcPr>
            <w:tcW w:w="2880" w:type="dxa"/>
            <w:shd w:val="clear" w:color="auto" w:fill="F2F5F3"/>
            <w:tcMar>
              <w:top w:w="50" w:type="dxa"/>
              <w:left w:w="80" w:type="dxa"/>
              <w:bottom w:w="50" w:type="dxa"/>
              <w:right w:w="80" w:type="dxa"/>
            </w:tcMar>
          </w:tcPr>
          <w:p w14:paraId="4D6A70BD" w14:textId="611B49AA" w:rsidR="00E100AC" w:rsidRPr="00C53053" w:rsidRDefault="00000000">
            <w:pPr>
              <w:spacing w:after="0"/>
              <w:rPr>
                <w:rFonts w:ascii="Arial Nova" w:hAnsi="Arial Nova"/>
              </w:rPr>
            </w:pPr>
            <w:r w:rsidRPr="00C53053">
              <w:rPr>
                <w:rFonts w:ascii="Arial Nova" w:hAnsi="Arial Nova"/>
                <w:b/>
                <w:color w:val="28323C"/>
                <w:sz w:val="18"/>
              </w:rPr>
              <w:t xml:space="preserve">Closing </w:t>
            </w:r>
            <w:r w:rsidR="00C53053">
              <w:rPr>
                <w:rFonts w:ascii="Arial Nova" w:hAnsi="Arial Nova"/>
                <w:b/>
                <w:color w:val="28323C"/>
                <w:sz w:val="18"/>
              </w:rPr>
              <w:t>and</w:t>
            </w:r>
            <w:r w:rsidRPr="00C53053">
              <w:rPr>
                <w:rFonts w:ascii="Arial Nova" w:hAnsi="Arial Nova"/>
                <w:b/>
                <w:color w:val="28323C"/>
                <w:sz w:val="18"/>
              </w:rPr>
              <w:t xml:space="preserve"> Interview Dates:</w:t>
            </w:r>
          </w:p>
        </w:tc>
        <w:tc>
          <w:tcPr>
            <w:tcW w:w="6480" w:type="dxa"/>
            <w:shd w:val="clear" w:color="auto" w:fill="F2F5F3"/>
            <w:tcMar>
              <w:top w:w="50" w:type="dxa"/>
              <w:left w:w="80" w:type="dxa"/>
              <w:bottom w:w="50" w:type="dxa"/>
              <w:right w:w="80" w:type="dxa"/>
            </w:tcMar>
          </w:tcPr>
          <w:p w14:paraId="0773E485" w14:textId="6ED9788B" w:rsidR="00E100AC" w:rsidRPr="00C53053" w:rsidRDefault="00000000">
            <w:pPr>
              <w:spacing w:after="0"/>
              <w:rPr>
                <w:rFonts w:ascii="Arial Nova" w:hAnsi="Arial Nova"/>
              </w:rPr>
            </w:pPr>
            <w:r w:rsidRPr="00C53053">
              <w:rPr>
                <w:rFonts w:ascii="Arial Nova" w:hAnsi="Arial Nova"/>
                <w:color w:val="333333"/>
                <w:sz w:val="18"/>
              </w:rPr>
              <w:t>Closing Date:</w:t>
            </w:r>
            <w:r w:rsidR="00C53053">
              <w:rPr>
                <w:rFonts w:ascii="Arial Nova" w:hAnsi="Arial Nova"/>
                <w:color w:val="333333"/>
                <w:sz w:val="18"/>
              </w:rPr>
              <w:t xml:space="preserve"> 13</w:t>
            </w:r>
            <w:r w:rsidR="00C53053" w:rsidRPr="00C53053">
              <w:rPr>
                <w:rFonts w:ascii="Arial Nova" w:hAnsi="Arial Nova"/>
                <w:color w:val="333333"/>
                <w:sz w:val="18"/>
                <w:vertAlign w:val="superscript"/>
              </w:rPr>
              <w:t>th</w:t>
            </w:r>
            <w:r w:rsidR="00C53053">
              <w:rPr>
                <w:rFonts w:ascii="Arial Nova" w:hAnsi="Arial Nova"/>
                <w:color w:val="333333"/>
                <w:sz w:val="18"/>
              </w:rPr>
              <w:t xml:space="preserve"> November 2026</w:t>
            </w:r>
            <w:r w:rsidRPr="00C53053">
              <w:rPr>
                <w:rFonts w:ascii="Arial Nova" w:hAnsi="Arial Nova"/>
                <w:color w:val="333333"/>
                <w:sz w:val="18"/>
              </w:rPr>
              <w:t xml:space="preserve"> | Interview Date: </w:t>
            </w:r>
            <w:r w:rsidR="00C53053">
              <w:rPr>
                <w:rFonts w:ascii="Arial Nova" w:hAnsi="Arial Nova"/>
                <w:color w:val="333333"/>
                <w:sz w:val="18"/>
              </w:rPr>
              <w:t>W/C 16</w:t>
            </w:r>
            <w:r w:rsidR="00C53053" w:rsidRPr="00C53053">
              <w:rPr>
                <w:rFonts w:ascii="Arial Nova" w:hAnsi="Arial Nova"/>
                <w:color w:val="333333"/>
                <w:sz w:val="18"/>
                <w:vertAlign w:val="superscript"/>
              </w:rPr>
              <w:t>th</w:t>
            </w:r>
            <w:r w:rsidR="00C53053">
              <w:rPr>
                <w:rFonts w:ascii="Arial Nova" w:hAnsi="Arial Nova"/>
                <w:color w:val="333333"/>
                <w:sz w:val="18"/>
              </w:rPr>
              <w:t xml:space="preserve"> December 2026</w:t>
            </w:r>
          </w:p>
        </w:tc>
      </w:tr>
    </w:tbl>
    <w:p w14:paraId="54856FAD" w14:textId="77777777" w:rsidR="00E100AC" w:rsidRPr="00C53053" w:rsidRDefault="00E100AC">
      <w:pPr>
        <w:spacing w:after="80"/>
        <w:rPr>
          <w:rFonts w:ascii="Arial Nova" w:hAnsi="Arial Nova"/>
        </w:rPr>
      </w:pPr>
    </w:p>
    <w:p w14:paraId="1E1A0FCC" w14:textId="77777777" w:rsidR="00E100AC" w:rsidRPr="00C53053" w:rsidRDefault="00000000">
      <w:pPr>
        <w:keepNext/>
        <w:spacing w:before="240" w:after="80"/>
        <w:rPr>
          <w:rFonts w:ascii="Arial Nova" w:hAnsi="Arial Nova"/>
        </w:rPr>
      </w:pPr>
      <w:r w:rsidRPr="00C53053">
        <w:rPr>
          <w:rFonts w:ascii="Arial Nova" w:hAnsi="Arial Nova"/>
          <w:b/>
          <w:color w:val="28323C"/>
          <w:sz w:val="23"/>
        </w:rPr>
        <w:t>Welcome</w:t>
      </w:r>
    </w:p>
    <w:p w14:paraId="68DCD7AE" w14:textId="1302375D" w:rsidR="00E100AC" w:rsidRPr="00C53053" w:rsidRDefault="00000000">
      <w:pPr>
        <w:spacing w:after="100"/>
        <w:rPr>
          <w:rFonts w:ascii="Arial Nova" w:hAnsi="Arial Nova"/>
        </w:rPr>
      </w:pPr>
      <w:r w:rsidRPr="00C53053">
        <w:rPr>
          <w:rFonts w:ascii="Arial Nova" w:hAnsi="Arial Nova"/>
          <w:color w:val="333333"/>
          <w:sz w:val="20"/>
        </w:rPr>
        <w:t xml:space="preserve">Thank you for your interest in joining Lambourn Parish Council. We are seeking an </w:t>
      </w:r>
      <w:proofErr w:type="spellStart"/>
      <w:r w:rsidRPr="00C53053">
        <w:rPr>
          <w:rFonts w:ascii="Arial Nova" w:hAnsi="Arial Nova"/>
          <w:color w:val="333333"/>
          <w:sz w:val="20"/>
        </w:rPr>
        <w:t>organi</w:t>
      </w:r>
      <w:r w:rsidR="00C53053">
        <w:rPr>
          <w:rFonts w:ascii="Arial Nova" w:hAnsi="Arial Nova"/>
          <w:color w:val="333333"/>
          <w:sz w:val="20"/>
        </w:rPr>
        <w:t>s</w:t>
      </w:r>
      <w:r w:rsidRPr="00C53053">
        <w:rPr>
          <w:rFonts w:ascii="Arial Nova" w:hAnsi="Arial Nova"/>
          <w:color w:val="333333"/>
          <w:sz w:val="20"/>
        </w:rPr>
        <w:t>ed</w:t>
      </w:r>
      <w:proofErr w:type="spellEnd"/>
      <w:r w:rsidRPr="00C53053">
        <w:rPr>
          <w:rFonts w:ascii="Arial Nova" w:hAnsi="Arial Nova"/>
          <w:color w:val="333333"/>
          <w:sz w:val="20"/>
        </w:rPr>
        <w:t xml:space="preserve">, approachable and proactive individual to join our small, dedicated office team on a </w:t>
      </w:r>
      <w:proofErr w:type="gramStart"/>
      <w:r w:rsidRPr="00C53053">
        <w:rPr>
          <w:rFonts w:ascii="Arial Nova" w:hAnsi="Arial Nova"/>
          <w:color w:val="333333"/>
          <w:sz w:val="20"/>
        </w:rPr>
        <w:t>3</w:t>
      </w:r>
      <w:r w:rsidR="00C53053">
        <w:rPr>
          <w:rFonts w:ascii="Arial Nova" w:hAnsi="Arial Nova"/>
          <w:color w:val="333333"/>
          <w:sz w:val="20"/>
        </w:rPr>
        <w:t xml:space="preserve"> </w:t>
      </w:r>
      <w:r w:rsidRPr="00C53053">
        <w:rPr>
          <w:rFonts w:ascii="Arial Nova" w:hAnsi="Arial Nova"/>
          <w:color w:val="333333"/>
          <w:sz w:val="20"/>
        </w:rPr>
        <w:t>month</w:t>
      </w:r>
      <w:proofErr w:type="gramEnd"/>
      <w:r w:rsidRPr="00C53053">
        <w:rPr>
          <w:rFonts w:ascii="Arial Nova" w:hAnsi="Arial Nova"/>
          <w:color w:val="333333"/>
          <w:sz w:val="20"/>
        </w:rPr>
        <w:t xml:space="preserve"> temporary basis to provide core administrative support.</w:t>
      </w:r>
    </w:p>
    <w:p w14:paraId="7B4B0E7E" w14:textId="77777777" w:rsidR="00E100AC" w:rsidRPr="00C53053" w:rsidRDefault="00000000">
      <w:pPr>
        <w:keepNext/>
        <w:spacing w:before="240" w:after="80"/>
        <w:rPr>
          <w:rFonts w:ascii="Arial Nova" w:hAnsi="Arial Nova"/>
        </w:rPr>
      </w:pPr>
      <w:r w:rsidRPr="00C53053">
        <w:rPr>
          <w:rFonts w:ascii="Arial Nova" w:hAnsi="Arial Nova"/>
          <w:b/>
          <w:color w:val="28323C"/>
          <w:sz w:val="23"/>
        </w:rPr>
        <w:t>About the Role</w:t>
      </w:r>
    </w:p>
    <w:p w14:paraId="0977E147" w14:textId="663A4594" w:rsidR="00E100AC" w:rsidRPr="00C53053" w:rsidRDefault="00000000">
      <w:pPr>
        <w:spacing w:after="100"/>
        <w:rPr>
          <w:rFonts w:ascii="Arial Nova" w:hAnsi="Arial Nova"/>
        </w:rPr>
      </w:pPr>
      <w:r w:rsidRPr="00C53053">
        <w:rPr>
          <w:rFonts w:ascii="Arial Nova" w:hAnsi="Arial Nova"/>
          <w:color w:val="333333"/>
          <w:sz w:val="20"/>
        </w:rPr>
        <w:t>This position serves as a key administrative post within our parish council operations. Working directly alongside the Parish Clerk, you will handle day</w:t>
      </w:r>
      <w:r w:rsidR="00C53053">
        <w:rPr>
          <w:rFonts w:ascii="Arial Nova" w:hAnsi="Arial Nova"/>
          <w:color w:val="333333"/>
          <w:sz w:val="20"/>
        </w:rPr>
        <w:t xml:space="preserve"> </w:t>
      </w:r>
      <w:r w:rsidRPr="00C53053">
        <w:rPr>
          <w:rFonts w:ascii="Arial Nova" w:hAnsi="Arial Nova"/>
          <w:color w:val="333333"/>
          <w:sz w:val="20"/>
        </w:rPr>
        <w:t>to</w:t>
      </w:r>
      <w:r w:rsidR="00C53053">
        <w:rPr>
          <w:rFonts w:ascii="Arial Nova" w:hAnsi="Arial Nova"/>
          <w:color w:val="333333"/>
          <w:sz w:val="20"/>
        </w:rPr>
        <w:t xml:space="preserve"> </w:t>
      </w:r>
      <w:r w:rsidRPr="00C53053">
        <w:rPr>
          <w:rFonts w:ascii="Arial Nova" w:hAnsi="Arial Nova"/>
          <w:color w:val="333333"/>
          <w:sz w:val="20"/>
        </w:rPr>
        <w:t>day public enquiries, manage bookings for the Memorial Hall using our online system (</w:t>
      </w:r>
      <w:proofErr w:type="spellStart"/>
      <w:r w:rsidRPr="00C53053">
        <w:rPr>
          <w:rFonts w:ascii="Arial Nova" w:hAnsi="Arial Nova"/>
          <w:color w:val="333333"/>
          <w:sz w:val="20"/>
        </w:rPr>
        <w:t>Hallmaster</w:t>
      </w:r>
      <w:proofErr w:type="spellEnd"/>
      <w:r w:rsidRPr="00C53053">
        <w:rPr>
          <w:rFonts w:ascii="Arial Nova" w:hAnsi="Arial Nova"/>
          <w:color w:val="333333"/>
          <w:sz w:val="20"/>
        </w:rPr>
        <w:t>), administer cemetery records</w:t>
      </w:r>
      <w:r w:rsidR="00C53053">
        <w:rPr>
          <w:rFonts w:ascii="Arial Nova" w:hAnsi="Arial Nova"/>
          <w:color w:val="333333"/>
          <w:sz w:val="20"/>
        </w:rPr>
        <w:t xml:space="preserve"> </w:t>
      </w:r>
      <w:r w:rsidRPr="00C53053">
        <w:rPr>
          <w:rFonts w:ascii="Arial Nova" w:hAnsi="Arial Nova"/>
          <w:color w:val="333333"/>
          <w:sz w:val="20"/>
        </w:rPr>
        <w:t>and support the management of local street amenities and public services.</w:t>
      </w:r>
    </w:p>
    <w:p w14:paraId="570A0AAD" w14:textId="77777777" w:rsidR="00E100AC" w:rsidRPr="00C53053" w:rsidRDefault="00000000">
      <w:pPr>
        <w:keepNext/>
        <w:spacing w:before="240" w:after="80"/>
        <w:rPr>
          <w:rFonts w:ascii="Arial Nova" w:hAnsi="Arial Nova"/>
        </w:rPr>
      </w:pPr>
      <w:r w:rsidRPr="00C53053">
        <w:rPr>
          <w:rFonts w:ascii="Arial Nova" w:hAnsi="Arial Nova"/>
          <w:b/>
          <w:color w:val="28323C"/>
          <w:sz w:val="23"/>
        </w:rPr>
        <w:t>How to Apply</w:t>
      </w:r>
    </w:p>
    <w:p w14:paraId="37487D4B" w14:textId="77777777" w:rsidR="00E100AC" w:rsidRPr="00C53053" w:rsidRDefault="00000000">
      <w:pPr>
        <w:spacing w:after="100"/>
        <w:rPr>
          <w:rFonts w:ascii="Arial Nova" w:hAnsi="Arial Nova"/>
        </w:rPr>
      </w:pPr>
      <w:r w:rsidRPr="00C53053">
        <w:rPr>
          <w:rFonts w:ascii="Arial Nova" w:hAnsi="Arial Nova"/>
          <w:color w:val="333333"/>
          <w:sz w:val="20"/>
        </w:rPr>
        <w:t>To apply for this post, please submit the following documents:</w:t>
      </w:r>
    </w:p>
    <w:p w14:paraId="72FB760B" w14:textId="77777777" w:rsidR="00E100AC" w:rsidRPr="00C53053" w:rsidRDefault="00000000">
      <w:pPr>
        <w:pStyle w:val="ListBullet"/>
        <w:spacing w:after="60"/>
        <w:rPr>
          <w:rFonts w:ascii="Arial Nova" w:hAnsi="Arial Nova"/>
        </w:rPr>
      </w:pPr>
      <w:r w:rsidRPr="00C53053">
        <w:rPr>
          <w:rFonts w:ascii="Arial Nova" w:hAnsi="Arial Nova"/>
          <w:b/>
          <w:color w:val="28323C"/>
          <w:sz w:val="20"/>
        </w:rPr>
        <w:t xml:space="preserve">1. Current CV: </w:t>
      </w:r>
      <w:r w:rsidRPr="00C53053">
        <w:rPr>
          <w:rFonts w:ascii="Arial Nova" w:hAnsi="Arial Nova"/>
          <w:color w:val="333333"/>
          <w:sz w:val="20"/>
        </w:rPr>
        <w:t>Your current CV detailing your work history and relevant skills.</w:t>
      </w:r>
    </w:p>
    <w:p w14:paraId="33EC6EFF" w14:textId="77777777" w:rsidR="00E100AC" w:rsidRPr="00C53053" w:rsidRDefault="00000000">
      <w:pPr>
        <w:pStyle w:val="ListBullet"/>
        <w:spacing w:after="60"/>
        <w:rPr>
          <w:rFonts w:ascii="Arial Nova" w:hAnsi="Arial Nova"/>
        </w:rPr>
      </w:pPr>
      <w:r w:rsidRPr="00C53053">
        <w:rPr>
          <w:rFonts w:ascii="Arial Nova" w:hAnsi="Arial Nova"/>
          <w:b/>
          <w:color w:val="28323C"/>
          <w:sz w:val="20"/>
        </w:rPr>
        <w:t xml:space="preserve">2. Covering Letter: </w:t>
      </w:r>
      <w:r w:rsidRPr="00C53053">
        <w:rPr>
          <w:rFonts w:ascii="Arial Nova" w:hAnsi="Arial Nova"/>
          <w:color w:val="333333"/>
          <w:sz w:val="20"/>
        </w:rPr>
        <w:t xml:space="preserve">A brief </w:t>
      </w:r>
      <w:proofErr w:type="gramStart"/>
      <w:r w:rsidRPr="00C53053">
        <w:rPr>
          <w:rFonts w:ascii="Arial Nova" w:hAnsi="Arial Nova"/>
          <w:color w:val="333333"/>
          <w:sz w:val="20"/>
        </w:rPr>
        <w:t>covering</w:t>
      </w:r>
      <w:proofErr w:type="gramEnd"/>
      <w:r w:rsidRPr="00C53053">
        <w:rPr>
          <w:rFonts w:ascii="Arial Nova" w:hAnsi="Arial Nova"/>
          <w:color w:val="333333"/>
          <w:sz w:val="20"/>
        </w:rPr>
        <w:t xml:space="preserve"> letter (maximum 1 page of A4) explaining how your skills and experience meet the role requirements.</w:t>
      </w:r>
    </w:p>
    <w:p w14:paraId="106AEECD" w14:textId="77777777" w:rsidR="00E100AC" w:rsidRPr="00C53053" w:rsidRDefault="00000000">
      <w:pPr>
        <w:pStyle w:val="ListBullet"/>
        <w:spacing w:after="60"/>
        <w:rPr>
          <w:rFonts w:ascii="Arial Nova" w:hAnsi="Arial Nova"/>
        </w:rPr>
      </w:pPr>
      <w:r w:rsidRPr="00C53053">
        <w:rPr>
          <w:rFonts w:ascii="Arial Nova" w:hAnsi="Arial Nova"/>
          <w:b/>
          <w:color w:val="28323C"/>
          <w:sz w:val="20"/>
        </w:rPr>
        <w:t xml:space="preserve">3. Applicant Declaration Form: </w:t>
      </w:r>
      <w:r w:rsidRPr="00C53053">
        <w:rPr>
          <w:rFonts w:ascii="Arial Nova" w:hAnsi="Arial Nova"/>
          <w:color w:val="333333"/>
          <w:sz w:val="20"/>
        </w:rPr>
        <w:t>The completed form included in Document 4 of this pack.</w:t>
      </w:r>
    </w:p>
    <w:p w14:paraId="7157F0DB" w14:textId="77777777" w:rsidR="00E100AC" w:rsidRPr="00C53053" w:rsidRDefault="00000000">
      <w:pPr>
        <w:spacing w:after="100"/>
        <w:rPr>
          <w:rFonts w:ascii="Arial Nova" w:hAnsi="Arial Nova"/>
        </w:rPr>
      </w:pPr>
      <w:r w:rsidRPr="00C53053">
        <w:rPr>
          <w:rFonts w:ascii="Arial Nova" w:hAnsi="Arial Nova"/>
          <w:color w:val="333333"/>
          <w:sz w:val="20"/>
        </w:rPr>
        <w:t>Please send your application by email to info@lambourn-pc.gov.uk or by post/hand delivery to:</w:t>
      </w:r>
      <w:r w:rsidRPr="00C53053">
        <w:rPr>
          <w:rFonts w:ascii="Arial Nova" w:hAnsi="Arial Nova"/>
          <w:color w:val="333333"/>
          <w:sz w:val="20"/>
        </w:rPr>
        <w:br/>
        <w:t>Parish Clerk, Lambourn Parish Council Office, The Memorial Hall, Oxford Street, Lambourn, West Berkshire RG17 8XP.</w:t>
      </w:r>
    </w:p>
    <w:p w14:paraId="55BFFF36" w14:textId="77777777" w:rsidR="00E100AC" w:rsidRPr="00C53053" w:rsidRDefault="00000000">
      <w:pPr>
        <w:rPr>
          <w:rFonts w:ascii="Arial Nova" w:hAnsi="Arial Nova"/>
        </w:rPr>
      </w:pPr>
      <w:r w:rsidRPr="00C53053">
        <w:rPr>
          <w:rFonts w:ascii="Arial Nova" w:hAnsi="Arial Nova"/>
        </w:rPr>
        <w:br w:type="page"/>
      </w:r>
    </w:p>
    <w:tbl>
      <w:tblPr>
        <w:tblW w:w="0" w:type="auto"/>
        <w:jc w:val="center"/>
        <w:tblLayout w:type="fixed"/>
        <w:tblLook w:val="04A0" w:firstRow="1" w:lastRow="0" w:firstColumn="1" w:lastColumn="0" w:noHBand="0" w:noVBand="1"/>
      </w:tblPr>
      <w:tblGrid>
        <w:gridCol w:w="2160"/>
        <w:gridCol w:w="7200"/>
      </w:tblGrid>
      <w:tr w:rsidR="00E100AC" w:rsidRPr="00C53053" w14:paraId="1A2A5F68" w14:textId="77777777">
        <w:trPr>
          <w:jc w:val="center"/>
        </w:trPr>
        <w:tc>
          <w:tcPr>
            <w:tcW w:w="2160" w:type="dxa"/>
            <w:tcMar>
              <w:top w:w="0" w:type="dxa"/>
              <w:left w:w="0" w:type="dxa"/>
              <w:bottom w:w="0" w:type="dxa"/>
              <w:right w:w="100" w:type="dxa"/>
            </w:tcMar>
          </w:tcPr>
          <w:p w14:paraId="41AEABFC" w14:textId="5616BF5A" w:rsidR="00E100AC" w:rsidRPr="00C53053" w:rsidRDefault="00E100AC">
            <w:pPr>
              <w:spacing w:after="0"/>
              <w:rPr>
                <w:rFonts w:ascii="Arial Nova" w:hAnsi="Arial Nova"/>
              </w:rPr>
            </w:pPr>
          </w:p>
        </w:tc>
        <w:tc>
          <w:tcPr>
            <w:tcW w:w="7200" w:type="dxa"/>
            <w:tcMar>
              <w:top w:w="0" w:type="dxa"/>
              <w:left w:w="100" w:type="dxa"/>
              <w:bottom w:w="0" w:type="dxa"/>
              <w:right w:w="0" w:type="dxa"/>
            </w:tcMar>
          </w:tcPr>
          <w:p w14:paraId="6508B591" w14:textId="699361AB" w:rsidR="00E100AC" w:rsidRPr="00C53053" w:rsidRDefault="00E100AC">
            <w:pPr>
              <w:spacing w:after="40"/>
              <w:rPr>
                <w:rFonts w:ascii="Arial Nova" w:hAnsi="Arial Nova"/>
              </w:rPr>
            </w:pPr>
          </w:p>
        </w:tc>
      </w:tr>
    </w:tbl>
    <w:p w14:paraId="5FFEBF15" w14:textId="0904512E" w:rsidR="00E100AC" w:rsidRPr="00C53053" w:rsidRDefault="00000000">
      <w:pPr>
        <w:keepNext/>
        <w:spacing w:before="320" w:after="120"/>
        <w:rPr>
          <w:rFonts w:ascii="Arial Nova" w:hAnsi="Arial Nova"/>
          <w:color w:val="244061" w:themeColor="accent1" w:themeShade="80"/>
        </w:rPr>
      </w:pPr>
      <w:r w:rsidRPr="00C53053">
        <w:rPr>
          <w:rFonts w:ascii="Arial Nova" w:hAnsi="Arial Nova"/>
          <w:b/>
          <w:color w:val="244061" w:themeColor="accent1" w:themeShade="80"/>
          <w:sz w:val="28"/>
        </w:rPr>
        <w:t xml:space="preserve">2. Job Description </w:t>
      </w:r>
      <w:r w:rsidR="00C53053">
        <w:rPr>
          <w:rFonts w:ascii="Arial Nova" w:hAnsi="Arial Nova"/>
          <w:b/>
          <w:color w:val="244061" w:themeColor="accent1" w:themeShade="80"/>
          <w:sz w:val="28"/>
        </w:rPr>
        <w:t>and</w:t>
      </w:r>
      <w:r w:rsidRPr="00C53053">
        <w:rPr>
          <w:rFonts w:ascii="Arial Nova" w:hAnsi="Arial Nova"/>
          <w:b/>
          <w:color w:val="244061" w:themeColor="accent1" w:themeShade="80"/>
          <w:sz w:val="28"/>
        </w:rPr>
        <w:t xml:space="preserve"> Person Specification</w:t>
      </w:r>
    </w:p>
    <w:p w14:paraId="4AF561F1" w14:textId="77777777" w:rsidR="00E100AC" w:rsidRPr="00C53053" w:rsidRDefault="00000000">
      <w:pPr>
        <w:keepNext/>
        <w:spacing w:before="240" w:after="80"/>
        <w:rPr>
          <w:rFonts w:ascii="Arial Nova" w:hAnsi="Arial Nova"/>
        </w:rPr>
      </w:pPr>
      <w:r w:rsidRPr="00C53053">
        <w:rPr>
          <w:rFonts w:ascii="Arial Nova" w:hAnsi="Arial Nova"/>
          <w:b/>
          <w:color w:val="28323C"/>
          <w:sz w:val="23"/>
        </w:rPr>
        <w:t>Job Description</w:t>
      </w:r>
    </w:p>
    <w:p w14:paraId="42BB482C" w14:textId="77777777" w:rsidR="00E100AC" w:rsidRPr="00C53053" w:rsidRDefault="00000000">
      <w:pPr>
        <w:spacing w:after="100"/>
        <w:rPr>
          <w:rFonts w:ascii="Arial Nova" w:hAnsi="Arial Nova"/>
        </w:rPr>
      </w:pPr>
      <w:r w:rsidRPr="00C53053">
        <w:rPr>
          <w:rFonts w:ascii="Arial Nova" w:hAnsi="Arial Nova"/>
          <w:b/>
          <w:color w:val="28323C"/>
          <w:sz w:val="20"/>
        </w:rPr>
        <w:t xml:space="preserve">Job Title: </w:t>
      </w:r>
      <w:r w:rsidRPr="00C53053">
        <w:rPr>
          <w:rFonts w:ascii="Arial Nova" w:hAnsi="Arial Nova"/>
          <w:color w:val="333333"/>
          <w:sz w:val="20"/>
        </w:rPr>
        <w:t>Temporary Administrative Assistant to Lambourn Parish Council</w:t>
      </w:r>
    </w:p>
    <w:p w14:paraId="25CC8FDC" w14:textId="77777777" w:rsidR="00E100AC" w:rsidRPr="00C53053" w:rsidRDefault="00000000">
      <w:pPr>
        <w:spacing w:after="100"/>
        <w:rPr>
          <w:rFonts w:ascii="Arial Nova" w:hAnsi="Arial Nova"/>
        </w:rPr>
      </w:pPr>
      <w:r w:rsidRPr="00C53053">
        <w:rPr>
          <w:rFonts w:ascii="Arial Nova" w:hAnsi="Arial Nova"/>
          <w:b/>
          <w:color w:val="28323C"/>
          <w:sz w:val="20"/>
        </w:rPr>
        <w:t xml:space="preserve">Reporting To: </w:t>
      </w:r>
      <w:r w:rsidRPr="00C53053">
        <w:rPr>
          <w:rFonts w:ascii="Arial Nova" w:hAnsi="Arial Nova"/>
          <w:color w:val="333333"/>
          <w:sz w:val="20"/>
        </w:rPr>
        <w:t>Parish Clerk / Proper Officer</w:t>
      </w:r>
    </w:p>
    <w:p w14:paraId="33B7B687" w14:textId="7144B9B0" w:rsidR="00E100AC" w:rsidRPr="00C53053" w:rsidRDefault="00000000">
      <w:pPr>
        <w:spacing w:after="100"/>
        <w:rPr>
          <w:rFonts w:ascii="Arial Nova" w:hAnsi="Arial Nova"/>
        </w:rPr>
      </w:pPr>
      <w:r w:rsidRPr="00C53053">
        <w:rPr>
          <w:rFonts w:ascii="Arial Nova" w:hAnsi="Arial Nova"/>
          <w:b/>
          <w:color w:val="28323C"/>
          <w:sz w:val="20"/>
        </w:rPr>
        <w:t xml:space="preserve">Hours of Work: </w:t>
      </w:r>
      <w:r w:rsidRPr="00C53053">
        <w:rPr>
          <w:rFonts w:ascii="Arial Nova" w:hAnsi="Arial Nova"/>
          <w:color w:val="333333"/>
          <w:sz w:val="20"/>
        </w:rPr>
        <w:t>1</w:t>
      </w:r>
      <w:r w:rsidR="00C53053">
        <w:rPr>
          <w:rFonts w:ascii="Arial Nova" w:hAnsi="Arial Nova"/>
          <w:color w:val="333333"/>
          <w:sz w:val="20"/>
        </w:rPr>
        <w:t>6</w:t>
      </w:r>
      <w:r w:rsidRPr="00C53053">
        <w:rPr>
          <w:rFonts w:ascii="Arial Nova" w:hAnsi="Arial Nova"/>
          <w:color w:val="333333"/>
          <w:sz w:val="20"/>
        </w:rPr>
        <w:t xml:space="preserve"> hours per week (Flexible working pattern to be agreed)</w:t>
      </w:r>
    </w:p>
    <w:p w14:paraId="29E21716" w14:textId="27E8E625" w:rsidR="00E100AC" w:rsidRPr="00C53053" w:rsidRDefault="00000000">
      <w:pPr>
        <w:spacing w:after="100"/>
        <w:rPr>
          <w:rFonts w:ascii="Arial Nova" w:hAnsi="Arial Nova"/>
        </w:rPr>
      </w:pPr>
      <w:r w:rsidRPr="00C53053">
        <w:rPr>
          <w:rFonts w:ascii="Arial Nova" w:hAnsi="Arial Nova"/>
          <w:b/>
          <w:color w:val="28323C"/>
          <w:sz w:val="20"/>
        </w:rPr>
        <w:t xml:space="preserve">Salary Grade: </w:t>
      </w:r>
      <w:r w:rsidRPr="00C53053">
        <w:rPr>
          <w:rFonts w:ascii="Arial Nova" w:hAnsi="Arial Nova"/>
          <w:color w:val="333333"/>
          <w:sz w:val="20"/>
        </w:rPr>
        <w:t>£13.90 per hour</w:t>
      </w:r>
    </w:p>
    <w:p w14:paraId="619C69C0" w14:textId="77777777" w:rsidR="00E100AC" w:rsidRPr="00C53053" w:rsidRDefault="00000000">
      <w:pPr>
        <w:keepNext/>
        <w:spacing w:before="240" w:after="80"/>
        <w:rPr>
          <w:rFonts w:ascii="Arial Nova" w:hAnsi="Arial Nova"/>
        </w:rPr>
      </w:pPr>
      <w:r w:rsidRPr="00C53053">
        <w:rPr>
          <w:rFonts w:ascii="Arial Nova" w:hAnsi="Arial Nova"/>
          <w:b/>
          <w:color w:val="28323C"/>
          <w:sz w:val="23"/>
        </w:rPr>
        <w:t>Main Purpose of the Job</w:t>
      </w:r>
    </w:p>
    <w:p w14:paraId="4891E4E2" w14:textId="77777777" w:rsidR="00E100AC" w:rsidRPr="00C53053" w:rsidRDefault="00000000">
      <w:pPr>
        <w:spacing w:after="100"/>
        <w:rPr>
          <w:rFonts w:ascii="Arial Nova" w:hAnsi="Arial Nova"/>
        </w:rPr>
      </w:pPr>
      <w:r w:rsidRPr="00C53053">
        <w:rPr>
          <w:rFonts w:ascii="Arial Nova" w:hAnsi="Arial Nova"/>
          <w:color w:val="333333"/>
          <w:sz w:val="20"/>
        </w:rPr>
        <w:t>To provide comprehensive administrative support to the Parish Clerk, ensuring the effective daily operation of parish facilities, community services, public communications, and office administration.</w:t>
      </w:r>
    </w:p>
    <w:p w14:paraId="20068ECA" w14:textId="0FE35C37" w:rsidR="00E100AC" w:rsidRPr="00C53053" w:rsidRDefault="00000000">
      <w:pPr>
        <w:keepNext/>
        <w:spacing w:before="240" w:after="80"/>
        <w:rPr>
          <w:rFonts w:ascii="Arial Nova" w:hAnsi="Arial Nova"/>
        </w:rPr>
      </w:pPr>
      <w:r w:rsidRPr="00C53053">
        <w:rPr>
          <w:rFonts w:ascii="Arial Nova" w:hAnsi="Arial Nova"/>
          <w:b/>
          <w:color w:val="28323C"/>
          <w:sz w:val="23"/>
        </w:rPr>
        <w:t xml:space="preserve">Key Tasks </w:t>
      </w:r>
      <w:r w:rsidR="00C53053">
        <w:rPr>
          <w:rFonts w:ascii="Arial Nova" w:hAnsi="Arial Nova"/>
          <w:b/>
          <w:color w:val="28323C"/>
          <w:sz w:val="23"/>
        </w:rPr>
        <w:t>and</w:t>
      </w:r>
      <w:r w:rsidRPr="00C53053">
        <w:rPr>
          <w:rFonts w:ascii="Arial Nova" w:hAnsi="Arial Nova"/>
          <w:b/>
          <w:color w:val="28323C"/>
          <w:sz w:val="23"/>
        </w:rPr>
        <w:t xml:space="preserve"> Responsibilities</w:t>
      </w:r>
      <w:r w:rsidR="00C53053">
        <w:rPr>
          <w:rFonts w:ascii="Arial Nova" w:hAnsi="Arial Nova"/>
          <w:b/>
          <w:color w:val="28323C"/>
          <w:sz w:val="23"/>
        </w:rPr>
        <w:br/>
      </w:r>
    </w:p>
    <w:p w14:paraId="36A0A94F" w14:textId="77777777" w:rsidR="00E100AC" w:rsidRPr="00C53053" w:rsidRDefault="00000000">
      <w:pPr>
        <w:spacing w:after="100"/>
        <w:rPr>
          <w:rFonts w:ascii="Arial Nova" w:hAnsi="Arial Nova"/>
        </w:rPr>
      </w:pPr>
      <w:r w:rsidRPr="00C53053">
        <w:rPr>
          <w:rFonts w:ascii="Arial Nova" w:hAnsi="Arial Nova"/>
          <w:color w:val="333333"/>
          <w:sz w:val="20"/>
        </w:rPr>
        <w:t>1. Public Enquiries &amp; Office Administration</w:t>
      </w:r>
    </w:p>
    <w:p w14:paraId="4C8C11F1" w14:textId="1C8C750A" w:rsidR="00E100AC" w:rsidRPr="00C53053" w:rsidRDefault="00000000">
      <w:pPr>
        <w:pStyle w:val="ListBullet"/>
        <w:spacing w:after="60"/>
        <w:rPr>
          <w:rFonts w:ascii="Arial Nova" w:hAnsi="Arial Nova"/>
        </w:rPr>
      </w:pPr>
      <w:r w:rsidRPr="00C53053">
        <w:rPr>
          <w:rFonts w:ascii="Arial Nova" w:hAnsi="Arial Nova"/>
          <w:color w:val="333333"/>
          <w:sz w:val="20"/>
        </w:rPr>
        <w:t xml:space="preserve">Serve as the primary point of contact for enquiries from residents, local </w:t>
      </w:r>
      <w:proofErr w:type="spellStart"/>
      <w:r w:rsidRPr="00C53053">
        <w:rPr>
          <w:rFonts w:ascii="Arial Nova" w:hAnsi="Arial Nova"/>
          <w:color w:val="333333"/>
          <w:sz w:val="20"/>
        </w:rPr>
        <w:t>organi</w:t>
      </w:r>
      <w:r w:rsidR="00C53053">
        <w:rPr>
          <w:rFonts w:ascii="Arial Nova" w:hAnsi="Arial Nova"/>
          <w:color w:val="333333"/>
          <w:sz w:val="20"/>
        </w:rPr>
        <w:t>s</w:t>
      </w:r>
      <w:r w:rsidRPr="00C53053">
        <w:rPr>
          <w:rFonts w:ascii="Arial Nova" w:hAnsi="Arial Nova"/>
          <w:color w:val="333333"/>
          <w:sz w:val="20"/>
        </w:rPr>
        <w:t>ations</w:t>
      </w:r>
      <w:proofErr w:type="spellEnd"/>
      <w:r w:rsidRPr="00C53053">
        <w:rPr>
          <w:rFonts w:ascii="Arial Nova" w:hAnsi="Arial Nova"/>
          <w:color w:val="333333"/>
          <w:sz w:val="20"/>
        </w:rPr>
        <w:t xml:space="preserve"> and contractors via telephone</w:t>
      </w:r>
      <w:r w:rsidR="00C53053">
        <w:rPr>
          <w:rFonts w:ascii="Arial Nova" w:hAnsi="Arial Nova"/>
          <w:color w:val="333333"/>
          <w:sz w:val="20"/>
        </w:rPr>
        <w:t xml:space="preserve"> and</w:t>
      </w:r>
      <w:r w:rsidRPr="00C53053">
        <w:rPr>
          <w:rFonts w:ascii="Arial Nova" w:hAnsi="Arial Nova"/>
          <w:color w:val="333333"/>
          <w:sz w:val="20"/>
        </w:rPr>
        <w:t xml:space="preserve"> email.</w:t>
      </w:r>
    </w:p>
    <w:p w14:paraId="34992703" w14:textId="5372C8CA" w:rsidR="00E100AC" w:rsidRPr="00C53053" w:rsidRDefault="00000000">
      <w:pPr>
        <w:pStyle w:val="ListBullet"/>
        <w:spacing w:after="60"/>
        <w:rPr>
          <w:rFonts w:ascii="Arial Nova" w:hAnsi="Arial Nova"/>
        </w:rPr>
      </w:pPr>
      <w:r w:rsidRPr="00C53053">
        <w:rPr>
          <w:rFonts w:ascii="Arial Nova" w:hAnsi="Arial Nova"/>
          <w:color w:val="333333"/>
          <w:sz w:val="20"/>
        </w:rPr>
        <w:t>Receive, filter and log incoming correspondence and routine post for the Parish Clerk.</w:t>
      </w:r>
    </w:p>
    <w:p w14:paraId="727A7D79" w14:textId="77777777" w:rsidR="00E100AC" w:rsidRPr="00C53053" w:rsidRDefault="00000000">
      <w:pPr>
        <w:pStyle w:val="ListBullet"/>
        <w:spacing w:after="60"/>
        <w:rPr>
          <w:rFonts w:ascii="Arial Nova" w:hAnsi="Arial Nova"/>
        </w:rPr>
      </w:pPr>
      <w:r w:rsidRPr="00C53053">
        <w:rPr>
          <w:rFonts w:ascii="Arial Nova" w:hAnsi="Arial Nova"/>
          <w:color w:val="333333"/>
          <w:sz w:val="20"/>
        </w:rPr>
        <w:t>Draft and send routine emails and administrative correspondence.</w:t>
      </w:r>
    </w:p>
    <w:p w14:paraId="602C6D90" w14:textId="77777777" w:rsidR="00E100AC" w:rsidRPr="00C53053" w:rsidRDefault="00000000">
      <w:pPr>
        <w:pStyle w:val="ListBullet"/>
        <w:spacing w:after="60"/>
        <w:rPr>
          <w:rFonts w:ascii="Arial Nova" w:hAnsi="Arial Nova"/>
        </w:rPr>
      </w:pPr>
      <w:r w:rsidRPr="00C53053">
        <w:rPr>
          <w:rFonts w:ascii="Arial Nova" w:hAnsi="Arial Nova"/>
          <w:color w:val="333333"/>
          <w:sz w:val="20"/>
        </w:rPr>
        <w:t>Assist with general filing and periodic archiving of office documentation.</w:t>
      </w:r>
    </w:p>
    <w:p w14:paraId="237408A7" w14:textId="77ED89DD" w:rsidR="00E100AC" w:rsidRPr="00C53053" w:rsidRDefault="00000000">
      <w:pPr>
        <w:pStyle w:val="ListBullet"/>
        <w:spacing w:after="60"/>
        <w:rPr>
          <w:rFonts w:ascii="Arial Nova" w:hAnsi="Arial Nova"/>
        </w:rPr>
      </w:pPr>
      <w:r w:rsidRPr="00C53053">
        <w:rPr>
          <w:rFonts w:ascii="Arial Nova" w:hAnsi="Arial Nova"/>
          <w:color w:val="333333"/>
          <w:sz w:val="20"/>
        </w:rPr>
        <w:t>Assist in maintaining up-to-date community information on the parish council website and village noticeboards.</w:t>
      </w:r>
      <w:r w:rsidR="00C53053">
        <w:rPr>
          <w:rFonts w:ascii="Arial Nova" w:hAnsi="Arial Nova"/>
          <w:color w:val="333333"/>
          <w:sz w:val="20"/>
        </w:rPr>
        <w:br/>
      </w:r>
    </w:p>
    <w:p w14:paraId="357CB241" w14:textId="3E5BAF45" w:rsidR="00E100AC" w:rsidRPr="00C53053" w:rsidRDefault="00000000">
      <w:pPr>
        <w:spacing w:after="100"/>
        <w:rPr>
          <w:rFonts w:ascii="Arial Nova" w:hAnsi="Arial Nova"/>
        </w:rPr>
      </w:pPr>
      <w:r w:rsidRPr="00C53053">
        <w:rPr>
          <w:rFonts w:ascii="Arial Nova" w:hAnsi="Arial Nova"/>
          <w:color w:val="333333"/>
          <w:sz w:val="20"/>
        </w:rPr>
        <w:t xml:space="preserve">2. Hall </w:t>
      </w:r>
      <w:r w:rsidR="00C53053">
        <w:rPr>
          <w:rFonts w:ascii="Arial Nova" w:hAnsi="Arial Nova"/>
          <w:color w:val="333333"/>
          <w:sz w:val="20"/>
        </w:rPr>
        <w:t>and</w:t>
      </w:r>
      <w:r w:rsidRPr="00C53053">
        <w:rPr>
          <w:rFonts w:ascii="Arial Nova" w:hAnsi="Arial Nova"/>
          <w:color w:val="333333"/>
          <w:sz w:val="20"/>
        </w:rPr>
        <w:t xml:space="preserve"> Facilities Administration (</w:t>
      </w:r>
      <w:proofErr w:type="spellStart"/>
      <w:r w:rsidRPr="00C53053">
        <w:rPr>
          <w:rFonts w:ascii="Arial Nova" w:hAnsi="Arial Nova"/>
          <w:color w:val="333333"/>
          <w:sz w:val="20"/>
        </w:rPr>
        <w:t>Hallmaster</w:t>
      </w:r>
      <w:proofErr w:type="spellEnd"/>
      <w:r w:rsidRPr="00C53053">
        <w:rPr>
          <w:rFonts w:ascii="Arial Nova" w:hAnsi="Arial Nova"/>
          <w:color w:val="333333"/>
          <w:sz w:val="20"/>
        </w:rPr>
        <w:t>)</w:t>
      </w:r>
    </w:p>
    <w:p w14:paraId="0BCF3B50" w14:textId="5E5FCEFE" w:rsidR="00E100AC" w:rsidRPr="00C53053" w:rsidRDefault="00000000">
      <w:pPr>
        <w:pStyle w:val="ListBullet"/>
        <w:spacing w:after="60"/>
        <w:rPr>
          <w:rFonts w:ascii="Arial Nova" w:hAnsi="Arial Nova"/>
        </w:rPr>
      </w:pPr>
      <w:r w:rsidRPr="00C53053">
        <w:rPr>
          <w:rFonts w:ascii="Arial Nova" w:hAnsi="Arial Nova"/>
          <w:color w:val="333333"/>
          <w:sz w:val="20"/>
        </w:rPr>
        <w:t xml:space="preserve">Manage customer enquiries, scheduling and bookings for the Memorial Hall using the </w:t>
      </w:r>
      <w:proofErr w:type="spellStart"/>
      <w:r w:rsidRPr="00C53053">
        <w:rPr>
          <w:rFonts w:ascii="Arial Nova" w:hAnsi="Arial Nova"/>
          <w:color w:val="333333"/>
          <w:sz w:val="20"/>
        </w:rPr>
        <w:t>Hallmaster</w:t>
      </w:r>
      <w:proofErr w:type="spellEnd"/>
      <w:r w:rsidRPr="00C53053">
        <w:rPr>
          <w:rFonts w:ascii="Arial Nova" w:hAnsi="Arial Nova"/>
          <w:color w:val="333333"/>
          <w:sz w:val="20"/>
        </w:rPr>
        <w:t xml:space="preserve"> online booking system.</w:t>
      </w:r>
    </w:p>
    <w:p w14:paraId="28231B6B" w14:textId="1C94D9D1" w:rsidR="00E100AC" w:rsidRPr="00C53053" w:rsidRDefault="00000000">
      <w:pPr>
        <w:pStyle w:val="ListBullet"/>
        <w:spacing w:after="60"/>
        <w:rPr>
          <w:rFonts w:ascii="Arial Nova" w:hAnsi="Arial Nova"/>
        </w:rPr>
      </w:pPr>
      <w:r w:rsidRPr="00C53053">
        <w:rPr>
          <w:rFonts w:ascii="Arial Nova" w:hAnsi="Arial Nova"/>
          <w:color w:val="333333"/>
          <w:sz w:val="20"/>
        </w:rPr>
        <w:t>Provide hirers with facility access information, booking terms and usage guidelines.</w:t>
      </w:r>
    </w:p>
    <w:p w14:paraId="65DFA9EA" w14:textId="6ECED58C" w:rsidR="00E100AC" w:rsidRPr="00C53053" w:rsidRDefault="00000000">
      <w:pPr>
        <w:pStyle w:val="ListBullet"/>
        <w:spacing w:after="60"/>
        <w:rPr>
          <w:rFonts w:ascii="Arial Nova" w:hAnsi="Arial Nova"/>
        </w:rPr>
      </w:pPr>
      <w:r w:rsidRPr="00C53053">
        <w:rPr>
          <w:rFonts w:ascii="Arial Nova" w:hAnsi="Arial Nova"/>
          <w:color w:val="333333"/>
          <w:sz w:val="20"/>
        </w:rPr>
        <w:t>Assist with processing hire invoices, logging payments and reporting routine maintenance issues to caretakers or contractors.</w:t>
      </w:r>
      <w:r w:rsidR="00C53053">
        <w:rPr>
          <w:rFonts w:ascii="Arial Nova" w:hAnsi="Arial Nova"/>
          <w:color w:val="333333"/>
          <w:sz w:val="20"/>
        </w:rPr>
        <w:br/>
      </w:r>
    </w:p>
    <w:p w14:paraId="5086723D" w14:textId="77777777" w:rsidR="00E100AC" w:rsidRPr="00C53053" w:rsidRDefault="00000000">
      <w:pPr>
        <w:spacing w:after="100"/>
        <w:rPr>
          <w:rFonts w:ascii="Arial Nova" w:hAnsi="Arial Nova"/>
        </w:rPr>
      </w:pPr>
      <w:r w:rsidRPr="00C53053">
        <w:rPr>
          <w:rFonts w:ascii="Arial Nova" w:hAnsi="Arial Nova"/>
          <w:color w:val="333333"/>
          <w:sz w:val="20"/>
        </w:rPr>
        <w:t>3. Cemeteries &amp; Churchyards Administration</w:t>
      </w:r>
    </w:p>
    <w:p w14:paraId="50D96E25" w14:textId="77777777" w:rsidR="00E100AC" w:rsidRPr="00C53053" w:rsidRDefault="00000000">
      <w:pPr>
        <w:pStyle w:val="ListBullet"/>
        <w:spacing w:after="60"/>
        <w:rPr>
          <w:rFonts w:ascii="Arial Nova" w:hAnsi="Arial Nova"/>
        </w:rPr>
      </w:pPr>
      <w:r w:rsidRPr="00C53053">
        <w:rPr>
          <w:rFonts w:ascii="Arial Nova" w:hAnsi="Arial Nova"/>
          <w:color w:val="333333"/>
          <w:sz w:val="20"/>
        </w:rPr>
        <w:t>Administer burial applications and update digital cemetery records using RBS cemetery software.</w:t>
      </w:r>
    </w:p>
    <w:p w14:paraId="40634F11" w14:textId="5B999235" w:rsidR="00E100AC" w:rsidRPr="00C53053" w:rsidRDefault="00000000">
      <w:pPr>
        <w:pStyle w:val="ListBullet"/>
        <w:spacing w:after="60"/>
        <w:rPr>
          <w:rFonts w:ascii="Arial Nova" w:hAnsi="Arial Nova"/>
        </w:rPr>
      </w:pPr>
      <w:r w:rsidRPr="00C53053">
        <w:rPr>
          <w:rFonts w:ascii="Arial Nova" w:hAnsi="Arial Nova"/>
          <w:color w:val="333333"/>
          <w:sz w:val="20"/>
        </w:rPr>
        <w:t>Issue cemetery regulations, documentation and permits to relatives, funeral directors and stonemasons.</w:t>
      </w:r>
    </w:p>
    <w:p w14:paraId="3CDD1FE9" w14:textId="2055634E" w:rsidR="00E100AC" w:rsidRPr="00C53053" w:rsidRDefault="00000000">
      <w:pPr>
        <w:pStyle w:val="ListBullet"/>
        <w:spacing w:after="60"/>
        <w:rPr>
          <w:rFonts w:ascii="Arial Nova" w:hAnsi="Arial Nova"/>
        </w:rPr>
      </w:pPr>
      <w:r w:rsidRPr="00C53053">
        <w:rPr>
          <w:rFonts w:ascii="Arial Nova" w:hAnsi="Arial Nova"/>
          <w:color w:val="333333"/>
          <w:sz w:val="20"/>
        </w:rPr>
        <w:t>Coordinate burial arrangements with the gravedigger and Parochial Church Council (PCC).</w:t>
      </w:r>
      <w:r w:rsidR="00C53053">
        <w:rPr>
          <w:rFonts w:ascii="Arial Nova" w:hAnsi="Arial Nova"/>
          <w:color w:val="333333"/>
          <w:sz w:val="20"/>
        </w:rPr>
        <w:br/>
      </w:r>
    </w:p>
    <w:p w14:paraId="0A1DF43B" w14:textId="1606A117" w:rsidR="00E100AC" w:rsidRPr="00C53053" w:rsidRDefault="00000000">
      <w:pPr>
        <w:spacing w:after="100"/>
        <w:rPr>
          <w:rFonts w:ascii="Arial Nova" w:hAnsi="Arial Nova"/>
        </w:rPr>
      </w:pPr>
      <w:r w:rsidRPr="00C53053">
        <w:rPr>
          <w:rFonts w:ascii="Arial Nova" w:hAnsi="Arial Nova"/>
          <w:color w:val="333333"/>
          <w:sz w:val="20"/>
        </w:rPr>
        <w:t xml:space="preserve">4. Streets, Amenities </w:t>
      </w:r>
      <w:r w:rsidR="00C53053">
        <w:rPr>
          <w:rFonts w:ascii="Arial Nova" w:hAnsi="Arial Nova"/>
          <w:color w:val="333333"/>
          <w:sz w:val="20"/>
        </w:rPr>
        <w:t>and</w:t>
      </w:r>
      <w:r w:rsidRPr="00C53053">
        <w:rPr>
          <w:rFonts w:ascii="Arial Nova" w:hAnsi="Arial Nova"/>
          <w:color w:val="333333"/>
          <w:sz w:val="20"/>
        </w:rPr>
        <w:t xml:space="preserve"> Local Services</w:t>
      </w:r>
    </w:p>
    <w:p w14:paraId="3A2F32F5" w14:textId="1400AFD5" w:rsidR="00E100AC" w:rsidRPr="00C53053" w:rsidRDefault="00000000">
      <w:pPr>
        <w:pStyle w:val="ListBullet"/>
        <w:spacing w:after="60"/>
        <w:rPr>
          <w:rFonts w:ascii="Arial Nova" w:hAnsi="Arial Nova"/>
        </w:rPr>
      </w:pPr>
      <w:r w:rsidRPr="00C53053">
        <w:rPr>
          <w:rFonts w:ascii="Arial Nova" w:hAnsi="Arial Nova"/>
          <w:color w:val="333333"/>
          <w:sz w:val="20"/>
        </w:rPr>
        <w:t xml:space="preserve">Salt </w:t>
      </w:r>
      <w:r w:rsidR="00C53053">
        <w:rPr>
          <w:rFonts w:ascii="Arial Nova" w:hAnsi="Arial Nova"/>
          <w:color w:val="333333"/>
          <w:sz w:val="20"/>
        </w:rPr>
        <w:t>and</w:t>
      </w:r>
      <w:r w:rsidRPr="00C53053">
        <w:rPr>
          <w:rFonts w:ascii="Arial Nova" w:hAnsi="Arial Nova"/>
          <w:color w:val="333333"/>
          <w:sz w:val="20"/>
        </w:rPr>
        <w:t xml:space="preserve"> Grit Bins</w:t>
      </w:r>
      <w:r w:rsidR="00C53053">
        <w:rPr>
          <w:rFonts w:ascii="Arial Nova" w:hAnsi="Arial Nova"/>
          <w:color w:val="333333"/>
          <w:sz w:val="20"/>
        </w:rPr>
        <w:t xml:space="preserve"> - m</w:t>
      </w:r>
      <w:r w:rsidRPr="00C53053">
        <w:rPr>
          <w:rFonts w:ascii="Arial Nova" w:hAnsi="Arial Nova"/>
          <w:color w:val="333333"/>
          <w:sz w:val="20"/>
        </w:rPr>
        <w:t>aintain an inventory of parish grit bin locations and log refilling requests during winter months.</w:t>
      </w:r>
    </w:p>
    <w:p w14:paraId="3FC2AB55" w14:textId="67BE9AD7" w:rsidR="00E100AC" w:rsidRPr="00C53053" w:rsidRDefault="00000000">
      <w:pPr>
        <w:pStyle w:val="ListBullet"/>
        <w:spacing w:after="60"/>
        <w:rPr>
          <w:rFonts w:ascii="Arial Nova" w:hAnsi="Arial Nova"/>
        </w:rPr>
      </w:pPr>
      <w:r w:rsidRPr="00C53053">
        <w:rPr>
          <w:rFonts w:ascii="Arial Nova" w:hAnsi="Arial Nova"/>
          <w:color w:val="333333"/>
          <w:sz w:val="20"/>
        </w:rPr>
        <w:t xml:space="preserve">Street Lighting </w:t>
      </w:r>
      <w:r w:rsidR="00C53053">
        <w:rPr>
          <w:rFonts w:ascii="Arial Nova" w:hAnsi="Arial Nova"/>
          <w:color w:val="333333"/>
          <w:sz w:val="20"/>
        </w:rPr>
        <w:t>and</w:t>
      </w:r>
      <w:r w:rsidRPr="00C53053">
        <w:rPr>
          <w:rFonts w:ascii="Arial Nova" w:hAnsi="Arial Nova"/>
          <w:color w:val="333333"/>
          <w:sz w:val="20"/>
        </w:rPr>
        <w:t xml:space="preserve"> CCTV</w:t>
      </w:r>
      <w:r w:rsidR="00C53053">
        <w:rPr>
          <w:rFonts w:ascii="Arial Nova" w:hAnsi="Arial Nova"/>
          <w:color w:val="333333"/>
          <w:sz w:val="20"/>
        </w:rPr>
        <w:t xml:space="preserve"> - </w:t>
      </w:r>
      <w:proofErr w:type="gramStart"/>
      <w:r w:rsidR="00C53053">
        <w:rPr>
          <w:rFonts w:ascii="Arial Nova" w:hAnsi="Arial Nova"/>
          <w:color w:val="333333"/>
          <w:sz w:val="20"/>
        </w:rPr>
        <w:t>l</w:t>
      </w:r>
      <w:r w:rsidRPr="00C53053">
        <w:rPr>
          <w:rFonts w:ascii="Arial Nova" w:hAnsi="Arial Nova"/>
          <w:color w:val="333333"/>
          <w:sz w:val="20"/>
        </w:rPr>
        <w:t>og reported</w:t>
      </w:r>
      <w:proofErr w:type="gramEnd"/>
      <w:r w:rsidRPr="00C53053">
        <w:rPr>
          <w:rFonts w:ascii="Arial Nova" w:hAnsi="Arial Nova"/>
          <w:color w:val="333333"/>
          <w:sz w:val="20"/>
        </w:rPr>
        <w:t xml:space="preserve"> faults with streetlights or CCTV systems with designated contractors.</w:t>
      </w:r>
    </w:p>
    <w:p w14:paraId="2A33BCEA" w14:textId="46165345" w:rsidR="00E100AC" w:rsidRPr="00C53053" w:rsidRDefault="00000000">
      <w:pPr>
        <w:pStyle w:val="ListBullet"/>
        <w:spacing w:after="60"/>
        <w:rPr>
          <w:rFonts w:ascii="Arial Nova" w:hAnsi="Arial Nova"/>
        </w:rPr>
      </w:pPr>
      <w:r w:rsidRPr="00C53053">
        <w:rPr>
          <w:rFonts w:ascii="Arial Nova" w:hAnsi="Arial Nova"/>
          <w:color w:val="333333"/>
          <w:sz w:val="20"/>
        </w:rPr>
        <w:lastRenderedPageBreak/>
        <w:t>Play Areas</w:t>
      </w:r>
      <w:r w:rsidR="00C53053">
        <w:rPr>
          <w:rFonts w:ascii="Arial Nova" w:hAnsi="Arial Nova"/>
          <w:color w:val="333333"/>
          <w:sz w:val="20"/>
        </w:rPr>
        <w:t xml:space="preserve"> - r</w:t>
      </w:r>
      <w:r w:rsidRPr="00C53053">
        <w:rPr>
          <w:rFonts w:ascii="Arial Nova" w:hAnsi="Arial Nova"/>
          <w:color w:val="333333"/>
          <w:sz w:val="20"/>
        </w:rPr>
        <w:t>ecord and log routine visual safety check reports for parish play areas.</w:t>
      </w:r>
      <w:r w:rsidR="00C53053">
        <w:rPr>
          <w:rFonts w:ascii="Arial Nova" w:hAnsi="Arial Nova"/>
          <w:color w:val="333333"/>
          <w:sz w:val="20"/>
        </w:rPr>
        <w:br/>
      </w:r>
    </w:p>
    <w:p w14:paraId="1DE3191A" w14:textId="055B6FDF" w:rsidR="00E100AC" w:rsidRPr="00C53053" w:rsidRDefault="00000000">
      <w:pPr>
        <w:spacing w:after="100"/>
        <w:rPr>
          <w:rFonts w:ascii="Arial Nova" w:hAnsi="Arial Nova"/>
        </w:rPr>
      </w:pPr>
      <w:r w:rsidRPr="00C53053">
        <w:rPr>
          <w:rFonts w:ascii="Arial Nova" w:hAnsi="Arial Nova"/>
          <w:color w:val="333333"/>
          <w:sz w:val="20"/>
        </w:rPr>
        <w:t xml:space="preserve">5. Finance </w:t>
      </w:r>
      <w:r w:rsidR="00C53053">
        <w:rPr>
          <w:rFonts w:ascii="Arial Nova" w:hAnsi="Arial Nova"/>
          <w:color w:val="333333"/>
          <w:sz w:val="20"/>
        </w:rPr>
        <w:t>and</w:t>
      </w:r>
      <w:r w:rsidRPr="00C53053">
        <w:rPr>
          <w:rFonts w:ascii="Arial Nova" w:hAnsi="Arial Nova"/>
          <w:color w:val="333333"/>
          <w:sz w:val="20"/>
        </w:rPr>
        <w:t xml:space="preserve"> General Support</w:t>
      </w:r>
    </w:p>
    <w:p w14:paraId="2C46C7D9" w14:textId="77777777" w:rsidR="00E100AC" w:rsidRPr="00C53053" w:rsidRDefault="00000000">
      <w:pPr>
        <w:pStyle w:val="ListBullet"/>
        <w:spacing w:after="60"/>
        <w:rPr>
          <w:rFonts w:ascii="Arial Nova" w:hAnsi="Arial Nova"/>
        </w:rPr>
      </w:pPr>
      <w:r w:rsidRPr="00C53053">
        <w:rPr>
          <w:rFonts w:ascii="Arial Nova" w:hAnsi="Arial Nova"/>
          <w:color w:val="333333"/>
          <w:sz w:val="20"/>
        </w:rPr>
        <w:t>Log incoming supplier invoices for the Responsible Financial Officer (RFO).</w:t>
      </w:r>
    </w:p>
    <w:p w14:paraId="326D9BA9" w14:textId="77777777" w:rsidR="00E100AC" w:rsidRPr="00C53053" w:rsidRDefault="00000000">
      <w:pPr>
        <w:pStyle w:val="ListBullet"/>
        <w:spacing w:after="60"/>
        <w:rPr>
          <w:rFonts w:ascii="Arial Nova" w:hAnsi="Arial Nova"/>
        </w:rPr>
      </w:pPr>
      <w:r w:rsidRPr="00C53053">
        <w:rPr>
          <w:rFonts w:ascii="Arial Nova" w:hAnsi="Arial Nova"/>
          <w:color w:val="333333"/>
          <w:sz w:val="20"/>
        </w:rPr>
        <w:t>Carry out other administrative duties appropriate to the grade as requested by the Parish Clerk.</w:t>
      </w:r>
    </w:p>
    <w:p w14:paraId="31F97557" w14:textId="77777777" w:rsidR="00E100AC" w:rsidRPr="00C53053" w:rsidRDefault="00E100AC">
      <w:pPr>
        <w:spacing w:after="80"/>
        <w:rPr>
          <w:rFonts w:ascii="Arial Nova" w:hAnsi="Arial Nova"/>
        </w:rPr>
      </w:pPr>
    </w:p>
    <w:p w14:paraId="4A17675E" w14:textId="77777777" w:rsidR="00E100AC" w:rsidRPr="00C53053" w:rsidRDefault="00000000">
      <w:pPr>
        <w:keepNext/>
        <w:spacing w:before="240" w:after="80"/>
        <w:rPr>
          <w:rFonts w:ascii="Arial Nova" w:hAnsi="Arial Nova"/>
        </w:rPr>
      </w:pPr>
      <w:r w:rsidRPr="00C53053">
        <w:rPr>
          <w:rFonts w:ascii="Arial Nova" w:hAnsi="Arial Nova"/>
          <w:b/>
          <w:color w:val="28323C"/>
          <w:sz w:val="23"/>
        </w:rPr>
        <w:t>Person Specification</w:t>
      </w:r>
    </w:p>
    <w:tbl>
      <w:tblPr>
        <w:tblW w:w="0" w:type="auto"/>
        <w:jc w:val="center"/>
        <w:tblLook w:val="04A0" w:firstRow="1" w:lastRow="0" w:firstColumn="1" w:lastColumn="0" w:noHBand="0" w:noVBand="1"/>
      </w:tblPr>
      <w:tblGrid>
        <w:gridCol w:w="2264"/>
        <w:gridCol w:w="2788"/>
        <w:gridCol w:w="2673"/>
        <w:gridCol w:w="2211"/>
      </w:tblGrid>
      <w:tr w:rsidR="00E100AC" w:rsidRPr="00414FD7" w14:paraId="61D7DBE5" w14:textId="77777777">
        <w:trPr>
          <w:jc w:val="center"/>
        </w:trPr>
        <w:tc>
          <w:tcPr>
            <w:tcW w:w="2484" w:type="dxa"/>
            <w:shd w:val="clear" w:color="auto" w:fill="22703A"/>
            <w:tcMar>
              <w:top w:w="60" w:type="dxa"/>
              <w:left w:w="80" w:type="dxa"/>
              <w:bottom w:w="60" w:type="dxa"/>
              <w:right w:w="80" w:type="dxa"/>
            </w:tcMar>
          </w:tcPr>
          <w:p w14:paraId="7EE5560A" w14:textId="77777777" w:rsidR="00E100AC" w:rsidRPr="00414FD7" w:rsidRDefault="00000000">
            <w:pPr>
              <w:spacing w:after="0"/>
              <w:rPr>
                <w:rFonts w:ascii="Arial Nova" w:hAnsi="Arial Nov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14FD7">
              <w:rPr>
                <w:rFonts w:ascii="Arial Nova" w:hAnsi="Arial Nova"/>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Requirement</w:t>
            </w:r>
          </w:p>
        </w:tc>
        <w:tc>
          <w:tcPr>
            <w:tcW w:w="2484" w:type="dxa"/>
            <w:shd w:val="clear" w:color="auto" w:fill="22703A"/>
            <w:tcMar>
              <w:top w:w="60" w:type="dxa"/>
              <w:left w:w="80" w:type="dxa"/>
              <w:bottom w:w="60" w:type="dxa"/>
              <w:right w:w="80" w:type="dxa"/>
            </w:tcMar>
          </w:tcPr>
          <w:p w14:paraId="3F22B61E" w14:textId="77777777" w:rsidR="00E100AC" w:rsidRPr="00414FD7" w:rsidRDefault="00000000">
            <w:pPr>
              <w:spacing w:after="0"/>
              <w:rPr>
                <w:rFonts w:ascii="Arial Nova" w:hAnsi="Arial Nov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14FD7">
              <w:rPr>
                <w:rFonts w:ascii="Arial Nova" w:hAnsi="Arial Nova"/>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Essential</w:t>
            </w:r>
          </w:p>
        </w:tc>
        <w:tc>
          <w:tcPr>
            <w:tcW w:w="2484" w:type="dxa"/>
            <w:shd w:val="clear" w:color="auto" w:fill="22703A"/>
            <w:tcMar>
              <w:top w:w="60" w:type="dxa"/>
              <w:left w:w="80" w:type="dxa"/>
              <w:bottom w:w="60" w:type="dxa"/>
              <w:right w:w="80" w:type="dxa"/>
            </w:tcMar>
          </w:tcPr>
          <w:p w14:paraId="31B179BC" w14:textId="77777777" w:rsidR="00E100AC" w:rsidRPr="00414FD7" w:rsidRDefault="00000000">
            <w:pPr>
              <w:spacing w:after="0"/>
              <w:rPr>
                <w:rFonts w:ascii="Arial Nova" w:hAnsi="Arial Nov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14FD7">
              <w:rPr>
                <w:rFonts w:ascii="Arial Nova" w:hAnsi="Arial Nova"/>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Desirable</w:t>
            </w:r>
          </w:p>
        </w:tc>
        <w:tc>
          <w:tcPr>
            <w:tcW w:w="2484" w:type="dxa"/>
            <w:shd w:val="clear" w:color="auto" w:fill="22703A"/>
            <w:tcMar>
              <w:top w:w="60" w:type="dxa"/>
              <w:left w:w="80" w:type="dxa"/>
              <w:bottom w:w="60" w:type="dxa"/>
              <w:right w:w="80" w:type="dxa"/>
            </w:tcMar>
          </w:tcPr>
          <w:p w14:paraId="0097FD2A" w14:textId="77777777" w:rsidR="00E100AC" w:rsidRPr="00414FD7" w:rsidRDefault="00000000">
            <w:pPr>
              <w:spacing w:after="0"/>
              <w:rPr>
                <w:rFonts w:ascii="Arial Nova" w:hAnsi="Arial Nov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14FD7">
              <w:rPr>
                <w:rFonts w:ascii="Arial Nova" w:hAnsi="Arial Nova"/>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Assessment Method</w:t>
            </w:r>
          </w:p>
        </w:tc>
      </w:tr>
      <w:tr w:rsidR="00E100AC" w:rsidRPr="00C53053" w14:paraId="07B231DC" w14:textId="77777777">
        <w:trPr>
          <w:jc w:val="center"/>
        </w:trPr>
        <w:tc>
          <w:tcPr>
            <w:tcW w:w="1728" w:type="dxa"/>
            <w:shd w:val="clear" w:color="auto" w:fill="FFFFFF"/>
            <w:tcMar>
              <w:top w:w="50" w:type="dxa"/>
              <w:left w:w="60" w:type="dxa"/>
              <w:bottom w:w="50" w:type="dxa"/>
              <w:right w:w="60" w:type="dxa"/>
            </w:tcMar>
          </w:tcPr>
          <w:p w14:paraId="311BBD68" w14:textId="77777777" w:rsidR="00E100AC" w:rsidRPr="00C53053" w:rsidRDefault="00000000">
            <w:pPr>
              <w:spacing w:after="0"/>
              <w:rPr>
                <w:rFonts w:ascii="Arial Nova" w:hAnsi="Arial Nova"/>
              </w:rPr>
            </w:pPr>
            <w:r w:rsidRPr="00C53053">
              <w:rPr>
                <w:rFonts w:ascii="Arial Nova" w:hAnsi="Arial Nova"/>
                <w:b/>
                <w:color w:val="28323C"/>
                <w:sz w:val="17"/>
              </w:rPr>
              <w:t>Experience</w:t>
            </w:r>
          </w:p>
        </w:tc>
        <w:tc>
          <w:tcPr>
            <w:tcW w:w="3168" w:type="dxa"/>
            <w:shd w:val="clear" w:color="auto" w:fill="FFFFFF"/>
            <w:tcMar>
              <w:top w:w="50" w:type="dxa"/>
              <w:left w:w="60" w:type="dxa"/>
              <w:bottom w:w="50" w:type="dxa"/>
              <w:right w:w="60" w:type="dxa"/>
            </w:tcMar>
          </w:tcPr>
          <w:p w14:paraId="103DFC3A" w14:textId="77777777" w:rsidR="00E100AC" w:rsidRPr="00C53053" w:rsidRDefault="00000000">
            <w:pPr>
              <w:spacing w:after="0"/>
              <w:rPr>
                <w:rFonts w:ascii="Arial Nova" w:hAnsi="Arial Nova"/>
              </w:rPr>
            </w:pPr>
            <w:r w:rsidRPr="00C53053">
              <w:rPr>
                <w:rFonts w:ascii="Arial Nova" w:hAnsi="Arial Nova"/>
                <w:color w:val="333333"/>
                <w:sz w:val="17"/>
              </w:rPr>
              <w:t>Proven administrative or office support experience.</w:t>
            </w:r>
          </w:p>
        </w:tc>
        <w:tc>
          <w:tcPr>
            <w:tcW w:w="3024" w:type="dxa"/>
            <w:shd w:val="clear" w:color="auto" w:fill="FFFFFF"/>
            <w:tcMar>
              <w:top w:w="50" w:type="dxa"/>
              <w:left w:w="60" w:type="dxa"/>
              <w:bottom w:w="50" w:type="dxa"/>
              <w:right w:w="60" w:type="dxa"/>
            </w:tcMar>
          </w:tcPr>
          <w:p w14:paraId="3501EE73" w14:textId="77777777" w:rsidR="00E100AC" w:rsidRPr="00C53053" w:rsidRDefault="00000000">
            <w:pPr>
              <w:spacing w:after="0"/>
              <w:rPr>
                <w:rFonts w:ascii="Arial Nova" w:hAnsi="Arial Nova"/>
              </w:rPr>
            </w:pPr>
            <w:r w:rsidRPr="00C53053">
              <w:rPr>
                <w:rFonts w:ascii="Arial Nova" w:hAnsi="Arial Nova"/>
                <w:color w:val="333333"/>
                <w:sz w:val="17"/>
              </w:rPr>
              <w:t>Previous experience in local government or community facility administration.</w:t>
            </w:r>
          </w:p>
        </w:tc>
        <w:tc>
          <w:tcPr>
            <w:tcW w:w="1440" w:type="dxa"/>
            <w:shd w:val="clear" w:color="auto" w:fill="FFFFFF"/>
            <w:tcMar>
              <w:top w:w="50" w:type="dxa"/>
              <w:left w:w="60" w:type="dxa"/>
              <w:bottom w:w="50" w:type="dxa"/>
              <w:right w:w="60" w:type="dxa"/>
            </w:tcMar>
          </w:tcPr>
          <w:p w14:paraId="26258027" w14:textId="77777777" w:rsidR="00E100AC" w:rsidRPr="00C53053" w:rsidRDefault="00000000">
            <w:pPr>
              <w:spacing w:after="0"/>
              <w:rPr>
                <w:rFonts w:ascii="Arial Nova" w:hAnsi="Arial Nova"/>
              </w:rPr>
            </w:pPr>
            <w:r w:rsidRPr="00C53053">
              <w:rPr>
                <w:rFonts w:ascii="Arial Nova" w:hAnsi="Arial Nova"/>
                <w:color w:val="333333"/>
                <w:sz w:val="17"/>
              </w:rPr>
              <w:t>Application / Interview</w:t>
            </w:r>
          </w:p>
        </w:tc>
      </w:tr>
      <w:tr w:rsidR="00E100AC" w:rsidRPr="00C53053" w14:paraId="48A2F2DC" w14:textId="77777777">
        <w:trPr>
          <w:jc w:val="center"/>
        </w:trPr>
        <w:tc>
          <w:tcPr>
            <w:tcW w:w="1728" w:type="dxa"/>
            <w:shd w:val="clear" w:color="auto" w:fill="F2F5F3"/>
            <w:tcMar>
              <w:top w:w="50" w:type="dxa"/>
              <w:left w:w="60" w:type="dxa"/>
              <w:bottom w:w="50" w:type="dxa"/>
              <w:right w:w="60" w:type="dxa"/>
            </w:tcMar>
          </w:tcPr>
          <w:p w14:paraId="5A2F88A8" w14:textId="77777777" w:rsidR="00E100AC" w:rsidRPr="00C53053" w:rsidRDefault="00000000">
            <w:pPr>
              <w:spacing w:after="0"/>
              <w:rPr>
                <w:rFonts w:ascii="Arial Nova" w:hAnsi="Arial Nova"/>
              </w:rPr>
            </w:pPr>
            <w:r w:rsidRPr="00C53053">
              <w:rPr>
                <w:rFonts w:ascii="Arial Nova" w:hAnsi="Arial Nova"/>
                <w:b/>
                <w:color w:val="28323C"/>
                <w:sz w:val="17"/>
              </w:rPr>
              <w:t>IT Skills</w:t>
            </w:r>
          </w:p>
        </w:tc>
        <w:tc>
          <w:tcPr>
            <w:tcW w:w="3168" w:type="dxa"/>
            <w:shd w:val="clear" w:color="auto" w:fill="F2F5F3"/>
            <w:tcMar>
              <w:top w:w="50" w:type="dxa"/>
              <w:left w:w="60" w:type="dxa"/>
              <w:bottom w:w="50" w:type="dxa"/>
              <w:right w:w="60" w:type="dxa"/>
            </w:tcMar>
          </w:tcPr>
          <w:p w14:paraId="6C9A76A9" w14:textId="77777777" w:rsidR="00E100AC" w:rsidRPr="00C53053" w:rsidRDefault="00000000">
            <w:pPr>
              <w:spacing w:after="0"/>
              <w:rPr>
                <w:rFonts w:ascii="Arial Nova" w:hAnsi="Arial Nova"/>
              </w:rPr>
            </w:pPr>
            <w:r w:rsidRPr="00C53053">
              <w:rPr>
                <w:rFonts w:ascii="Arial Nova" w:hAnsi="Arial Nova"/>
                <w:color w:val="333333"/>
                <w:sz w:val="17"/>
              </w:rPr>
              <w:t>Proficient in Microsoft Office (Word, Excel) and email systems.</w:t>
            </w:r>
          </w:p>
        </w:tc>
        <w:tc>
          <w:tcPr>
            <w:tcW w:w="3024" w:type="dxa"/>
            <w:shd w:val="clear" w:color="auto" w:fill="F2F5F3"/>
            <w:tcMar>
              <w:top w:w="50" w:type="dxa"/>
              <w:left w:w="60" w:type="dxa"/>
              <w:bottom w:w="50" w:type="dxa"/>
              <w:right w:w="60" w:type="dxa"/>
            </w:tcMar>
          </w:tcPr>
          <w:p w14:paraId="7CC7253B" w14:textId="77777777" w:rsidR="00E100AC" w:rsidRPr="00C53053" w:rsidRDefault="00000000">
            <w:pPr>
              <w:spacing w:after="0"/>
              <w:rPr>
                <w:rFonts w:ascii="Arial Nova" w:hAnsi="Arial Nova"/>
              </w:rPr>
            </w:pPr>
            <w:r w:rsidRPr="00C53053">
              <w:rPr>
                <w:rFonts w:ascii="Arial Nova" w:hAnsi="Arial Nova"/>
                <w:color w:val="333333"/>
                <w:sz w:val="17"/>
              </w:rPr>
              <w:t xml:space="preserve">Familiarity with online booking software (e.g. </w:t>
            </w:r>
            <w:proofErr w:type="spellStart"/>
            <w:r w:rsidRPr="00C53053">
              <w:rPr>
                <w:rFonts w:ascii="Arial Nova" w:hAnsi="Arial Nova"/>
                <w:color w:val="333333"/>
                <w:sz w:val="17"/>
              </w:rPr>
              <w:t>Hallmaster</w:t>
            </w:r>
            <w:proofErr w:type="spellEnd"/>
            <w:r w:rsidRPr="00C53053">
              <w:rPr>
                <w:rFonts w:ascii="Arial Nova" w:hAnsi="Arial Nova"/>
                <w:color w:val="333333"/>
                <w:sz w:val="17"/>
              </w:rPr>
              <w:t>) or specialist databases (e.g. RBS).</w:t>
            </w:r>
          </w:p>
        </w:tc>
        <w:tc>
          <w:tcPr>
            <w:tcW w:w="1440" w:type="dxa"/>
            <w:shd w:val="clear" w:color="auto" w:fill="F2F5F3"/>
            <w:tcMar>
              <w:top w:w="50" w:type="dxa"/>
              <w:left w:w="60" w:type="dxa"/>
              <w:bottom w:w="50" w:type="dxa"/>
              <w:right w:w="60" w:type="dxa"/>
            </w:tcMar>
          </w:tcPr>
          <w:p w14:paraId="7EEC41BD" w14:textId="77777777" w:rsidR="00E100AC" w:rsidRPr="00C53053" w:rsidRDefault="00000000">
            <w:pPr>
              <w:spacing w:after="0"/>
              <w:rPr>
                <w:rFonts w:ascii="Arial Nova" w:hAnsi="Arial Nova"/>
              </w:rPr>
            </w:pPr>
            <w:r w:rsidRPr="00C53053">
              <w:rPr>
                <w:rFonts w:ascii="Arial Nova" w:hAnsi="Arial Nova"/>
                <w:color w:val="333333"/>
                <w:sz w:val="17"/>
              </w:rPr>
              <w:t>Application / Interview</w:t>
            </w:r>
          </w:p>
        </w:tc>
      </w:tr>
      <w:tr w:rsidR="00E100AC" w:rsidRPr="00C53053" w14:paraId="402B9C3B" w14:textId="77777777">
        <w:trPr>
          <w:jc w:val="center"/>
        </w:trPr>
        <w:tc>
          <w:tcPr>
            <w:tcW w:w="1728" w:type="dxa"/>
            <w:shd w:val="clear" w:color="auto" w:fill="FFFFFF"/>
            <w:tcMar>
              <w:top w:w="50" w:type="dxa"/>
              <w:left w:w="60" w:type="dxa"/>
              <w:bottom w:w="50" w:type="dxa"/>
              <w:right w:w="60" w:type="dxa"/>
            </w:tcMar>
          </w:tcPr>
          <w:p w14:paraId="2E4BBDDC" w14:textId="77777777" w:rsidR="00E100AC" w:rsidRPr="00C53053" w:rsidRDefault="00000000">
            <w:pPr>
              <w:spacing w:after="0"/>
              <w:rPr>
                <w:rFonts w:ascii="Arial Nova" w:hAnsi="Arial Nova"/>
              </w:rPr>
            </w:pPr>
            <w:r w:rsidRPr="00C53053">
              <w:rPr>
                <w:rFonts w:ascii="Arial Nova" w:hAnsi="Arial Nova"/>
                <w:b/>
                <w:color w:val="28323C"/>
                <w:sz w:val="17"/>
              </w:rPr>
              <w:t>Communication</w:t>
            </w:r>
          </w:p>
        </w:tc>
        <w:tc>
          <w:tcPr>
            <w:tcW w:w="3168" w:type="dxa"/>
            <w:shd w:val="clear" w:color="auto" w:fill="FFFFFF"/>
            <w:tcMar>
              <w:top w:w="50" w:type="dxa"/>
              <w:left w:w="60" w:type="dxa"/>
              <w:bottom w:w="50" w:type="dxa"/>
              <w:right w:w="60" w:type="dxa"/>
            </w:tcMar>
          </w:tcPr>
          <w:p w14:paraId="2ABF75E4" w14:textId="77777777" w:rsidR="00E100AC" w:rsidRPr="00C53053" w:rsidRDefault="00000000">
            <w:pPr>
              <w:spacing w:after="0"/>
              <w:rPr>
                <w:rFonts w:ascii="Arial Nova" w:hAnsi="Arial Nova"/>
              </w:rPr>
            </w:pPr>
            <w:r w:rsidRPr="00C53053">
              <w:rPr>
                <w:rFonts w:ascii="Arial Nova" w:hAnsi="Arial Nova"/>
                <w:color w:val="333333"/>
                <w:sz w:val="17"/>
              </w:rPr>
              <w:t>Excellent verbal and written communication skills with a customer-focused approach.</w:t>
            </w:r>
          </w:p>
        </w:tc>
        <w:tc>
          <w:tcPr>
            <w:tcW w:w="3024" w:type="dxa"/>
            <w:shd w:val="clear" w:color="auto" w:fill="FFFFFF"/>
            <w:tcMar>
              <w:top w:w="50" w:type="dxa"/>
              <w:left w:w="60" w:type="dxa"/>
              <w:bottom w:w="50" w:type="dxa"/>
              <w:right w:w="60" w:type="dxa"/>
            </w:tcMar>
          </w:tcPr>
          <w:p w14:paraId="0E1A84EC" w14:textId="77777777" w:rsidR="00E100AC" w:rsidRPr="00C53053" w:rsidRDefault="00000000">
            <w:pPr>
              <w:spacing w:after="0"/>
              <w:rPr>
                <w:rFonts w:ascii="Arial Nova" w:hAnsi="Arial Nova"/>
              </w:rPr>
            </w:pPr>
            <w:proofErr w:type="gramStart"/>
            <w:r w:rsidRPr="00C53053">
              <w:rPr>
                <w:rFonts w:ascii="Arial Nova" w:hAnsi="Arial Nova"/>
                <w:color w:val="333333"/>
                <w:sz w:val="17"/>
              </w:rPr>
              <w:t>Experience</w:t>
            </w:r>
            <w:proofErr w:type="gramEnd"/>
            <w:r w:rsidRPr="00C53053">
              <w:rPr>
                <w:rFonts w:ascii="Arial Nova" w:hAnsi="Arial Nova"/>
                <w:color w:val="333333"/>
                <w:sz w:val="17"/>
              </w:rPr>
              <w:t xml:space="preserve"> handling sensitive enquiries (e.g., bereavement administration).</w:t>
            </w:r>
          </w:p>
        </w:tc>
        <w:tc>
          <w:tcPr>
            <w:tcW w:w="1440" w:type="dxa"/>
            <w:shd w:val="clear" w:color="auto" w:fill="FFFFFF"/>
            <w:tcMar>
              <w:top w:w="50" w:type="dxa"/>
              <w:left w:w="60" w:type="dxa"/>
              <w:bottom w:w="50" w:type="dxa"/>
              <w:right w:w="60" w:type="dxa"/>
            </w:tcMar>
          </w:tcPr>
          <w:p w14:paraId="2A6A0416" w14:textId="77777777" w:rsidR="00E100AC" w:rsidRPr="00C53053" w:rsidRDefault="00000000">
            <w:pPr>
              <w:spacing w:after="0"/>
              <w:rPr>
                <w:rFonts w:ascii="Arial Nova" w:hAnsi="Arial Nova"/>
              </w:rPr>
            </w:pPr>
            <w:r w:rsidRPr="00C53053">
              <w:rPr>
                <w:rFonts w:ascii="Arial Nova" w:hAnsi="Arial Nova"/>
                <w:color w:val="333333"/>
                <w:sz w:val="17"/>
              </w:rPr>
              <w:t>Application / Interview</w:t>
            </w:r>
          </w:p>
        </w:tc>
      </w:tr>
      <w:tr w:rsidR="00E100AC" w:rsidRPr="00C53053" w14:paraId="7B402833" w14:textId="77777777">
        <w:trPr>
          <w:jc w:val="center"/>
        </w:trPr>
        <w:tc>
          <w:tcPr>
            <w:tcW w:w="1728" w:type="dxa"/>
            <w:shd w:val="clear" w:color="auto" w:fill="F2F5F3"/>
            <w:tcMar>
              <w:top w:w="50" w:type="dxa"/>
              <w:left w:w="60" w:type="dxa"/>
              <w:bottom w:w="50" w:type="dxa"/>
              <w:right w:w="60" w:type="dxa"/>
            </w:tcMar>
          </w:tcPr>
          <w:p w14:paraId="64154DE9" w14:textId="77777777" w:rsidR="00E100AC" w:rsidRPr="00C53053" w:rsidRDefault="00000000">
            <w:pPr>
              <w:spacing w:after="0"/>
              <w:rPr>
                <w:rFonts w:ascii="Arial Nova" w:hAnsi="Arial Nova"/>
              </w:rPr>
            </w:pPr>
            <w:r w:rsidRPr="00C53053">
              <w:rPr>
                <w:rFonts w:ascii="Arial Nova" w:hAnsi="Arial Nova"/>
                <w:b/>
                <w:color w:val="28323C"/>
                <w:sz w:val="17"/>
              </w:rPr>
              <w:t>Organization</w:t>
            </w:r>
          </w:p>
        </w:tc>
        <w:tc>
          <w:tcPr>
            <w:tcW w:w="3168" w:type="dxa"/>
            <w:shd w:val="clear" w:color="auto" w:fill="F2F5F3"/>
            <w:tcMar>
              <w:top w:w="50" w:type="dxa"/>
              <w:left w:w="60" w:type="dxa"/>
              <w:bottom w:w="50" w:type="dxa"/>
              <w:right w:w="60" w:type="dxa"/>
            </w:tcMar>
          </w:tcPr>
          <w:p w14:paraId="205AD29E" w14:textId="5C19E2AC" w:rsidR="00E100AC" w:rsidRPr="00C53053" w:rsidRDefault="00000000">
            <w:pPr>
              <w:spacing w:after="0"/>
              <w:rPr>
                <w:rFonts w:ascii="Arial Nova" w:hAnsi="Arial Nova"/>
              </w:rPr>
            </w:pPr>
            <w:r w:rsidRPr="00C53053">
              <w:rPr>
                <w:rFonts w:ascii="Arial Nova" w:hAnsi="Arial Nova"/>
                <w:color w:val="333333"/>
                <w:sz w:val="17"/>
              </w:rPr>
              <w:t xml:space="preserve">Strong </w:t>
            </w:r>
            <w:proofErr w:type="spellStart"/>
            <w:r w:rsidRPr="00C53053">
              <w:rPr>
                <w:rFonts w:ascii="Arial Nova" w:hAnsi="Arial Nova"/>
                <w:color w:val="333333"/>
                <w:sz w:val="17"/>
              </w:rPr>
              <w:t>organi</w:t>
            </w:r>
            <w:r w:rsidR="00C53053">
              <w:rPr>
                <w:rFonts w:ascii="Arial Nova" w:hAnsi="Arial Nova"/>
                <w:color w:val="333333"/>
                <w:sz w:val="17"/>
              </w:rPr>
              <w:t>s</w:t>
            </w:r>
            <w:r w:rsidRPr="00C53053">
              <w:rPr>
                <w:rFonts w:ascii="Arial Nova" w:hAnsi="Arial Nova"/>
                <w:color w:val="333333"/>
                <w:sz w:val="17"/>
              </w:rPr>
              <w:t>ational</w:t>
            </w:r>
            <w:proofErr w:type="spellEnd"/>
            <w:r w:rsidRPr="00C53053">
              <w:rPr>
                <w:rFonts w:ascii="Arial Nova" w:hAnsi="Arial Nova"/>
                <w:color w:val="333333"/>
                <w:sz w:val="17"/>
              </w:rPr>
              <w:t xml:space="preserve"> skills, attention to detail, and ability to prioritize tasks.</w:t>
            </w:r>
          </w:p>
        </w:tc>
        <w:tc>
          <w:tcPr>
            <w:tcW w:w="3024" w:type="dxa"/>
            <w:shd w:val="clear" w:color="auto" w:fill="F2F5F3"/>
            <w:tcMar>
              <w:top w:w="50" w:type="dxa"/>
              <w:left w:w="60" w:type="dxa"/>
              <w:bottom w:w="50" w:type="dxa"/>
              <w:right w:w="60" w:type="dxa"/>
            </w:tcMar>
          </w:tcPr>
          <w:p w14:paraId="574EAB3F" w14:textId="77777777" w:rsidR="00E100AC" w:rsidRPr="00C53053" w:rsidRDefault="00000000">
            <w:pPr>
              <w:spacing w:after="0"/>
              <w:rPr>
                <w:rFonts w:ascii="Arial Nova" w:hAnsi="Arial Nova"/>
              </w:rPr>
            </w:pPr>
            <w:r w:rsidRPr="00C53053">
              <w:rPr>
                <w:rFonts w:ascii="Arial Nova" w:hAnsi="Arial Nova"/>
                <w:color w:val="333333"/>
                <w:sz w:val="17"/>
              </w:rPr>
              <w:t>Knowledge of the local Lambourn parish area.</w:t>
            </w:r>
          </w:p>
        </w:tc>
        <w:tc>
          <w:tcPr>
            <w:tcW w:w="1440" w:type="dxa"/>
            <w:shd w:val="clear" w:color="auto" w:fill="F2F5F3"/>
            <w:tcMar>
              <w:top w:w="50" w:type="dxa"/>
              <w:left w:w="60" w:type="dxa"/>
              <w:bottom w:w="50" w:type="dxa"/>
              <w:right w:w="60" w:type="dxa"/>
            </w:tcMar>
          </w:tcPr>
          <w:p w14:paraId="000C8468" w14:textId="77777777" w:rsidR="00E100AC" w:rsidRPr="00C53053" w:rsidRDefault="00000000">
            <w:pPr>
              <w:spacing w:after="0"/>
              <w:rPr>
                <w:rFonts w:ascii="Arial Nova" w:hAnsi="Arial Nova"/>
              </w:rPr>
            </w:pPr>
            <w:r w:rsidRPr="00C53053">
              <w:rPr>
                <w:rFonts w:ascii="Arial Nova" w:hAnsi="Arial Nova"/>
                <w:color w:val="333333"/>
                <w:sz w:val="17"/>
              </w:rPr>
              <w:t>Application / Interview</w:t>
            </w:r>
          </w:p>
        </w:tc>
      </w:tr>
      <w:tr w:rsidR="00E100AC" w:rsidRPr="00C53053" w14:paraId="6D00C73E" w14:textId="77777777">
        <w:trPr>
          <w:jc w:val="center"/>
        </w:trPr>
        <w:tc>
          <w:tcPr>
            <w:tcW w:w="1728" w:type="dxa"/>
            <w:shd w:val="clear" w:color="auto" w:fill="FFFFFF"/>
            <w:tcMar>
              <w:top w:w="50" w:type="dxa"/>
              <w:left w:w="60" w:type="dxa"/>
              <w:bottom w:w="50" w:type="dxa"/>
              <w:right w:w="60" w:type="dxa"/>
            </w:tcMar>
          </w:tcPr>
          <w:p w14:paraId="675322FD" w14:textId="77777777" w:rsidR="00E100AC" w:rsidRPr="00C53053" w:rsidRDefault="00000000">
            <w:pPr>
              <w:spacing w:after="0"/>
              <w:rPr>
                <w:rFonts w:ascii="Arial Nova" w:hAnsi="Arial Nova"/>
              </w:rPr>
            </w:pPr>
            <w:r w:rsidRPr="00C53053">
              <w:rPr>
                <w:rFonts w:ascii="Arial Nova" w:hAnsi="Arial Nova"/>
                <w:b/>
                <w:color w:val="28323C"/>
                <w:sz w:val="17"/>
              </w:rPr>
              <w:t>Work Ethic</w:t>
            </w:r>
          </w:p>
        </w:tc>
        <w:tc>
          <w:tcPr>
            <w:tcW w:w="3168" w:type="dxa"/>
            <w:shd w:val="clear" w:color="auto" w:fill="FFFFFF"/>
            <w:tcMar>
              <w:top w:w="50" w:type="dxa"/>
              <w:left w:w="60" w:type="dxa"/>
              <w:bottom w:w="50" w:type="dxa"/>
              <w:right w:w="60" w:type="dxa"/>
            </w:tcMar>
          </w:tcPr>
          <w:p w14:paraId="7B723220" w14:textId="77777777" w:rsidR="00E100AC" w:rsidRPr="00C53053" w:rsidRDefault="00000000">
            <w:pPr>
              <w:spacing w:after="0"/>
              <w:rPr>
                <w:rFonts w:ascii="Arial Nova" w:hAnsi="Arial Nova"/>
              </w:rPr>
            </w:pPr>
            <w:r w:rsidRPr="00C53053">
              <w:rPr>
                <w:rFonts w:ascii="Arial Nova" w:hAnsi="Arial Nova"/>
                <w:color w:val="333333"/>
                <w:sz w:val="17"/>
              </w:rPr>
              <w:t>Reliable, discreet, and able to work independently within a small team.</w:t>
            </w:r>
          </w:p>
        </w:tc>
        <w:tc>
          <w:tcPr>
            <w:tcW w:w="3024" w:type="dxa"/>
            <w:shd w:val="clear" w:color="auto" w:fill="FFFFFF"/>
            <w:tcMar>
              <w:top w:w="50" w:type="dxa"/>
              <w:left w:w="60" w:type="dxa"/>
              <w:bottom w:w="50" w:type="dxa"/>
              <w:right w:w="60" w:type="dxa"/>
            </w:tcMar>
          </w:tcPr>
          <w:p w14:paraId="66F9FD3E" w14:textId="77777777" w:rsidR="00E100AC" w:rsidRPr="00C53053" w:rsidRDefault="00000000">
            <w:pPr>
              <w:spacing w:after="0"/>
              <w:rPr>
                <w:rFonts w:ascii="Arial Nova" w:hAnsi="Arial Nova"/>
              </w:rPr>
            </w:pPr>
            <w:r w:rsidRPr="00C53053">
              <w:rPr>
                <w:rFonts w:ascii="Arial Nova" w:hAnsi="Arial Nova"/>
                <w:color w:val="333333"/>
                <w:sz w:val="17"/>
              </w:rPr>
              <w:t>—</w:t>
            </w:r>
          </w:p>
        </w:tc>
        <w:tc>
          <w:tcPr>
            <w:tcW w:w="1440" w:type="dxa"/>
            <w:shd w:val="clear" w:color="auto" w:fill="FFFFFF"/>
            <w:tcMar>
              <w:top w:w="50" w:type="dxa"/>
              <w:left w:w="60" w:type="dxa"/>
              <w:bottom w:w="50" w:type="dxa"/>
              <w:right w:w="60" w:type="dxa"/>
            </w:tcMar>
          </w:tcPr>
          <w:p w14:paraId="1F752B09" w14:textId="77777777" w:rsidR="00E100AC" w:rsidRPr="00C53053" w:rsidRDefault="00000000">
            <w:pPr>
              <w:spacing w:after="0"/>
              <w:rPr>
                <w:rFonts w:ascii="Arial Nova" w:hAnsi="Arial Nova"/>
              </w:rPr>
            </w:pPr>
            <w:r w:rsidRPr="00C53053">
              <w:rPr>
                <w:rFonts w:ascii="Arial Nova" w:hAnsi="Arial Nova"/>
                <w:color w:val="333333"/>
                <w:sz w:val="17"/>
              </w:rPr>
              <w:t>Interview / References</w:t>
            </w:r>
          </w:p>
        </w:tc>
      </w:tr>
    </w:tbl>
    <w:p w14:paraId="51E88098" w14:textId="77777777" w:rsidR="00E100AC" w:rsidRPr="00C53053" w:rsidRDefault="00000000">
      <w:pPr>
        <w:rPr>
          <w:rFonts w:ascii="Arial Nova" w:hAnsi="Arial Nova"/>
        </w:rPr>
      </w:pPr>
      <w:r w:rsidRPr="00C53053">
        <w:rPr>
          <w:rFonts w:ascii="Arial Nova" w:hAnsi="Arial Nova"/>
        </w:rPr>
        <w:br w:type="page"/>
      </w:r>
    </w:p>
    <w:tbl>
      <w:tblPr>
        <w:tblW w:w="0" w:type="auto"/>
        <w:jc w:val="center"/>
        <w:tblLayout w:type="fixed"/>
        <w:tblLook w:val="04A0" w:firstRow="1" w:lastRow="0" w:firstColumn="1" w:lastColumn="0" w:noHBand="0" w:noVBand="1"/>
      </w:tblPr>
      <w:tblGrid>
        <w:gridCol w:w="2160"/>
        <w:gridCol w:w="7200"/>
      </w:tblGrid>
      <w:tr w:rsidR="00E100AC" w:rsidRPr="00C53053" w14:paraId="113588F2" w14:textId="77777777">
        <w:trPr>
          <w:jc w:val="center"/>
        </w:trPr>
        <w:tc>
          <w:tcPr>
            <w:tcW w:w="2160" w:type="dxa"/>
            <w:tcMar>
              <w:top w:w="0" w:type="dxa"/>
              <w:left w:w="0" w:type="dxa"/>
              <w:bottom w:w="0" w:type="dxa"/>
              <w:right w:w="100" w:type="dxa"/>
            </w:tcMar>
          </w:tcPr>
          <w:p w14:paraId="5F9A36C9" w14:textId="0F9F11AD" w:rsidR="00E100AC" w:rsidRPr="00C53053" w:rsidRDefault="00E100AC">
            <w:pPr>
              <w:spacing w:after="0"/>
              <w:rPr>
                <w:rFonts w:ascii="Arial Nova" w:hAnsi="Arial Nova"/>
              </w:rPr>
            </w:pPr>
          </w:p>
        </w:tc>
        <w:tc>
          <w:tcPr>
            <w:tcW w:w="7200" w:type="dxa"/>
            <w:tcMar>
              <w:top w:w="0" w:type="dxa"/>
              <w:left w:w="100" w:type="dxa"/>
              <w:bottom w:w="0" w:type="dxa"/>
              <w:right w:w="0" w:type="dxa"/>
            </w:tcMar>
          </w:tcPr>
          <w:p w14:paraId="3A34A89E" w14:textId="2EDDD773" w:rsidR="00E100AC" w:rsidRPr="00C53053" w:rsidRDefault="00E100AC">
            <w:pPr>
              <w:spacing w:after="40"/>
              <w:rPr>
                <w:rFonts w:ascii="Arial Nova" w:hAnsi="Arial Nova"/>
              </w:rPr>
            </w:pPr>
          </w:p>
        </w:tc>
      </w:tr>
    </w:tbl>
    <w:p w14:paraId="440A4DF4" w14:textId="77777777" w:rsidR="00E100AC" w:rsidRPr="00C53053" w:rsidRDefault="00000000">
      <w:pPr>
        <w:keepNext/>
        <w:spacing w:before="320" w:after="120"/>
        <w:rPr>
          <w:rFonts w:ascii="Arial Nova" w:hAnsi="Arial Nova"/>
          <w:color w:val="244061" w:themeColor="accent1" w:themeShade="80"/>
        </w:rPr>
      </w:pPr>
      <w:r w:rsidRPr="00C53053">
        <w:rPr>
          <w:rFonts w:ascii="Arial Nova" w:hAnsi="Arial Nova"/>
          <w:b/>
          <w:color w:val="244061" w:themeColor="accent1" w:themeShade="80"/>
          <w:sz w:val="28"/>
        </w:rPr>
        <w:t>3. Job Applicant Privacy Notice (UK GDPR)</w:t>
      </w:r>
    </w:p>
    <w:p w14:paraId="5A5D5EC2" w14:textId="62418689" w:rsidR="00E100AC" w:rsidRPr="00C53053" w:rsidRDefault="00000000">
      <w:pPr>
        <w:spacing w:after="100"/>
        <w:rPr>
          <w:rFonts w:ascii="Arial Nova" w:hAnsi="Arial Nova"/>
        </w:rPr>
      </w:pPr>
      <w:r w:rsidRPr="00C53053">
        <w:rPr>
          <w:rFonts w:ascii="Arial Nova" w:hAnsi="Arial Nova"/>
          <w:color w:val="333333"/>
          <w:sz w:val="20"/>
        </w:rPr>
        <w:t>Lambourn Parish Council is a Data Controller under the UK General Data Protection Regulation (UK GDPR) and Data Protection Act 2018. This notice explains how we collect, use, store</w:t>
      </w:r>
      <w:r w:rsidR="00C53053">
        <w:rPr>
          <w:rFonts w:ascii="Arial Nova" w:hAnsi="Arial Nova"/>
          <w:color w:val="333333"/>
          <w:sz w:val="20"/>
        </w:rPr>
        <w:t xml:space="preserve"> </w:t>
      </w:r>
      <w:r w:rsidRPr="00C53053">
        <w:rPr>
          <w:rFonts w:ascii="Arial Nova" w:hAnsi="Arial Nova"/>
          <w:color w:val="333333"/>
          <w:sz w:val="20"/>
        </w:rPr>
        <w:t>and protect your personal data during our recruitment process.</w:t>
      </w:r>
    </w:p>
    <w:p w14:paraId="4B091F81" w14:textId="52761585" w:rsidR="00E100AC" w:rsidRPr="00C53053" w:rsidRDefault="00000000">
      <w:pPr>
        <w:keepNext/>
        <w:spacing w:before="240" w:after="80"/>
        <w:rPr>
          <w:rFonts w:ascii="Arial Nova" w:hAnsi="Arial Nova"/>
        </w:rPr>
      </w:pPr>
      <w:r w:rsidRPr="00C53053">
        <w:rPr>
          <w:rFonts w:ascii="Arial Nova" w:hAnsi="Arial Nova"/>
          <w:b/>
          <w:color w:val="28323C"/>
          <w:sz w:val="23"/>
        </w:rPr>
        <w:t xml:space="preserve">Information We Collect </w:t>
      </w:r>
      <w:r w:rsidR="00C53053">
        <w:rPr>
          <w:rFonts w:ascii="Arial Nova" w:hAnsi="Arial Nova"/>
          <w:b/>
          <w:color w:val="28323C"/>
          <w:sz w:val="23"/>
        </w:rPr>
        <w:t>and</w:t>
      </w:r>
      <w:r w:rsidRPr="00C53053">
        <w:rPr>
          <w:rFonts w:ascii="Arial Nova" w:hAnsi="Arial Nova"/>
          <w:b/>
          <w:color w:val="28323C"/>
          <w:sz w:val="23"/>
        </w:rPr>
        <w:t xml:space="preserve"> Legal Basis</w:t>
      </w:r>
    </w:p>
    <w:p w14:paraId="380A6856" w14:textId="1BF8C00C" w:rsidR="00E100AC" w:rsidRPr="00C53053" w:rsidRDefault="00000000">
      <w:pPr>
        <w:spacing w:after="100"/>
        <w:rPr>
          <w:rFonts w:ascii="Arial Nova" w:hAnsi="Arial Nova"/>
        </w:rPr>
      </w:pPr>
      <w:r w:rsidRPr="00C53053">
        <w:rPr>
          <w:rFonts w:ascii="Arial Nova" w:hAnsi="Arial Nova"/>
          <w:color w:val="333333"/>
          <w:sz w:val="20"/>
        </w:rPr>
        <w:t xml:space="preserve">We collect personal information that you provide in your CV, covering </w:t>
      </w:r>
      <w:proofErr w:type="gramStart"/>
      <w:r w:rsidRPr="00C53053">
        <w:rPr>
          <w:rFonts w:ascii="Arial Nova" w:hAnsi="Arial Nova"/>
          <w:color w:val="333333"/>
          <w:sz w:val="20"/>
        </w:rPr>
        <w:t>letter</w:t>
      </w:r>
      <w:proofErr w:type="gramEnd"/>
      <w:r w:rsidRPr="00C53053">
        <w:rPr>
          <w:rFonts w:ascii="Arial Nova" w:hAnsi="Arial Nova"/>
          <w:color w:val="333333"/>
          <w:sz w:val="20"/>
        </w:rPr>
        <w:t xml:space="preserve"> and application forms (name, contact details, work history, qualifications, references and proof of legal Right to Work in the UK). We process your data to evaluate your application, assess suitability and fulfill statutory legal obligations prior to </w:t>
      </w:r>
      <w:proofErr w:type="gramStart"/>
      <w:r w:rsidRPr="00C53053">
        <w:rPr>
          <w:rFonts w:ascii="Arial Nova" w:hAnsi="Arial Nova"/>
          <w:color w:val="333333"/>
          <w:sz w:val="20"/>
        </w:rPr>
        <w:t>entering into</w:t>
      </w:r>
      <w:proofErr w:type="gramEnd"/>
      <w:r w:rsidRPr="00C53053">
        <w:rPr>
          <w:rFonts w:ascii="Arial Nova" w:hAnsi="Arial Nova"/>
          <w:color w:val="333333"/>
          <w:sz w:val="20"/>
        </w:rPr>
        <w:t xml:space="preserve"> an employment contract.</w:t>
      </w:r>
    </w:p>
    <w:p w14:paraId="0251883B" w14:textId="77777777" w:rsidR="00E100AC" w:rsidRPr="00C53053" w:rsidRDefault="00000000">
      <w:pPr>
        <w:keepNext/>
        <w:spacing w:before="240" w:after="80"/>
        <w:rPr>
          <w:rFonts w:ascii="Arial Nova" w:hAnsi="Arial Nova"/>
        </w:rPr>
      </w:pPr>
      <w:r w:rsidRPr="00C53053">
        <w:rPr>
          <w:rFonts w:ascii="Arial Nova" w:hAnsi="Arial Nova"/>
          <w:b/>
          <w:color w:val="28323C"/>
          <w:sz w:val="23"/>
        </w:rPr>
        <w:t>Data Security, Retention &amp; Rights</w:t>
      </w:r>
    </w:p>
    <w:p w14:paraId="0CE402DF" w14:textId="77777777" w:rsidR="00E100AC" w:rsidRPr="00C53053" w:rsidRDefault="00000000">
      <w:pPr>
        <w:pStyle w:val="ListBullet"/>
        <w:spacing w:after="60"/>
        <w:rPr>
          <w:rFonts w:ascii="Arial Nova" w:hAnsi="Arial Nova"/>
        </w:rPr>
      </w:pPr>
      <w:r w:rsidRPr="00C53053">
        <w:rPr>
          <w:rFonts w:ascii="Arial Nova" w:hAnsi="Arial Nova"/>
          <w:color w:val="333333"/>
          <w:sz w:val="20"/>
        </w:rPr>
        <w:t xml:space="preserve">Access is strictly restricted to </w:t>
      </w:r>
      <w:proofErr w:type="spellStart"/>
      <w:r w:rsidRPr="00C53053">
        <w:rPr>
          <w:rFonts w:ascii="Arial Nova" w:hAnsi="Arial Nova"/>
          <w:color w:val="333333"/>
          <w:sz w:val="20"/>
        </w:rPr>
        <w:t>councillors</w:t>
      </w:r>
      <w:proofErr w:type="spellEnd"/>
      <w:r w:rsidRPr="00C53053">
        <w:rPr>
          <w:rFonts w:ascii="Arial Nova" w:hAnsi="Arial Nova"/>
          <w:color w:val="333333"/>
          <w:sz w:val="20"/>
        </w:rPr>
        <w:t xml:space="preserve"> and staff members directly involved in recruitment.</w:t>
      </w:r>
    </w:p>
    <w:p w14:paraId="224EEAC6" w14:textId="2EA12C8D" w:rsidR="00E100AC" w:rsidRPr="00C53053" w:rsidRDefault="00000000">
      <w:pPr>
        <w:pStyle w:val="ListBullet"/>
        <w:spacing w:after="60"/>
        <w:rPr>
          <w:rFonts w:ascii="Arial Nova" w:hAnsi="Arial Nova"/>
        </w:rPr>
      </w:pPr>
      <w:r w:rsidRPr="00C53053">
        <w:rPr>
          <w:rFonts w:ascii="Arial Nova" w:hAnsi="Arial Nova"/>
          <w:color w:val="333333"/>
          <w:sz w:val="20"/>
        </w:rPr>
        <w:t>Unsuccessful Applicants</w:t>
      </w:r>
      <w:r w:rsidR="00C53053">
        <w:rPr>
          <w:rFonts w:ascii="Arial Nova" w:hAnsi="Arial Nova"/>
          <w:color w:val="333333"/>
          <w:sz w:val="20"/>
        </w:rPr>
        <w:t>:</w:t>
      </w:r>
      <w:r w:rsidRPr="00C53053">
        <w:rPr>
          <w:rFonts w:ascii="Arial Nova" w:hAnsi="Arial Nova"/>
          <w:color w:val="333333"/>
          <w:sz w:val="20"/>
        </w:rPr>
        <w:t xml:space="preserve"> Data will be securely destroyed 6 months after recruitment closes.</w:t>
      </w:r>
    </w:p>
    <w:p w14:paraId="48917C85" w14:textId="77777777" w:rsidR="00E100AC" w:rsidRPr="00C53053" w:rsidRDefault="00000000">
      <w:pPr>
        <w:pStyle w:val="ListBullet"/>
        <w:spacing w:after="60"/>
        <w:rPr>
          <w:rFonts w:ascii="Arial Nova" w:hAnsi="Arial Nova"/>
        </w:rPr>
      </w:pPr>
      <w:r w:rsidRPr="00C53053">
        <w:rPr>
          <w:rFonts w:ascii="Arial Nova" w:hAnsi="Arial Nova"/>
          <w:color w:val="333333"/>
          <w:sz w:val="20"/>
        </w:rPr>
        <w:t>Successful Applicant: Data forms part of your personnel record retained under statutory employment retention periods.</w:t>
      </w:r>
    </w:p>
    <w:p w14:paraId="1062D9AA" w14:textId="735CD9F1" w:rsidR="00BE2D41" w:rsidRDefault="00000000">
      <w:pPr>
        <w:pStyle w:val="ListBullet"/>
        <w:spacing w:after="60"/>
        <w:rPr>
          <w:rFonts w:ascii="Arial Nova" w:hAnsi="Arial Nova"/>
          <w:color w:val="333333"/>
          <w:sz w:val="20"/>
        </w:rPr>
      </w:pPr>
      <w:r w:rsidRPr="00C53053">
        <w:rPr>
          <w:rFonts w:ascii="Arial Nova" w:hAnsi="Arial Nova"/>
          <w:color w:val="333333"/>
          <w:sz w:val="20"/>
        </w:rPr>
        <w:t>Your Rights: You have the right to request access, correction or erasure of your personal data. Contact: info@lambourn-pc.gov.uk.</w:t>
      </w:r>
    </w:p>
    <w:p w14:paraId="4C21DE4C" w14:textId="77777777" w:rsidR="00BE2D41" w:rsidRDefault="00BE2D41">
      <w:pPr>
        <w:rPr>
          <w:rFonts w:ascii="Arial Nova" w:hAnsi="Arial Nova"/>
          <w:color w:val="333333"/>
          <w:sz w:val="20"/>
        </w:rPr>
      </w:pPr>
      <w:r>
        <w:rPr>
          <w:rFonts w:ascii="Arial Nova" w:hAnsi="Arial Nova"/>
          <w:color w:val="333333"/>
          <w:sz w:val="20"/>
        </w:rPr>
        <w:br w:type="page"/>
      </w:r>
    </w:p>
    <w:p w14:paraId="651F7F2D" w14:textId="77777777" w:rsidR="00E100AC" w:rsidRPr="00C53053" w:rsidRDefault="00000000">
      <w:pPr>
        <w:keepNext/>
        <w:spacing w:before="320" w:after="120"/>
        <w:rPr>
          <w:rFonts w:ascii="Arial Nova" w:hAnsi="Arial Nova"/>
          <w:color w:val="244061" w:themeColor="accent1" w:themeShade="80"/>
        </w:rPr>
      </w:pPr>
      <w:r w:rsidRPr="00C53053">
        <w:rPr>
          <w:rFonts w:ascii="Arial Nova" w:hAnsi="Arial Nova"/>
          <w:b/>
          <w:color w:val="244061" w:themeColor="accent1" w:themeShade="80"/>
          <w:sz w:val="28"/>
        </w:rPr>
        <w:lastRenderedPageBreak/>
        <w:t>4. Applicant Declaration Form</w:t>
      </w:r>
    </w:p>
    <w:p w14:paraId="045EDC3C" w14:textId="77777777" w:rsidR="00E100AC" w:rsidRPr="00C53053" w:rsidRDefault="00000000">
      <w:pPr>
        <w:spacing w:after="100"/>
        <w:rPr>
          <w:rFonts w:ascii="Arial Nova" w:hAnsi="Arial Nova"/>
        </w:rPr>
      </w:pPr>
      <w:r w:rsidRPr="00C53053">
        <w:rPr>
          <w:rFonts w:ascii="Arial Nova" w:hAnsi="Arial Nova"/>
          <w:color w:val="333333"/>
          <w:sz w:val="20"/>
        </w:rPr>
        <w:t xml:space="preserve">Please complete and return this form along with your CV and </w:t>
      </w:r>
      <w:proofErr w:type="gramStart"/>
      <w:r w:rsidRPr="00C53053">
        <w:rPr>
          <w:rFonts w:ascii="Arial Nova" w:hAnsi="Arial Nova"/>
          <w:color w:val="333333"/>
          <w:sz w:val="20"/>
        </w:rPr>
        <w:t>covering</w:t>
      </w:r>
      <w:proofErr w:type="gramEnd"/>
      <w:r w:rsidRPr="00C53053">
        <w:rPr>
          <w:rFonts w:ascii="Arial Nova" w:hAnsi="Arial Nova"/>
          <w:color w:val="333333"/>
          <w:sz w:val="20"/>
        </w:rPr>
        <w:t xml:space="preserve"> letter.</w:t>
      </w:r>
    </w:p>
    <w:tbl>
      <w:tblPr>
        <w:tblW w:w="0" w:type="auto"/>
        <w:jc w:val="center"/>
        <w:tblLook w:val="04A0" w:firstRow="1" w:lastRow="0" w:firstColumn="1" w:lastColumn="0" w:noHBand="0" w:noVBand="1"/>
      </w:tblPr>
      <w:tblGrid>
        <w:gridCol w:w="3744"/>
        <w:gridCol w:w="5616"/>
      </w:tblGrid>
      <w:tr w:rsidR="00E100AC" w:rsidRPr="00C53053" w14:paraId="254A8CF6" w14:textId="77777777">
        <w:trPr>
          <w:jc w:val="center"/>
        </w:trPr>
        <w:tc>
          <w:tcPr>
            <w:tcW w:w="3744" w:type="dxa"/>
            <w:shd w:val="clear" w:color="auto" w:fill="28323C"/>
            <w:tcMar>
              <w:top w:w="50" w:type="dxa"/>
              <w:left w:w="80" w:type="dxa"/>
              <w:bottom w:w="50" w:type="dxa"/>
              <w:right w:w="80" w:type="dxa"/>
            </w:tcMar>
          </w:tcPr>
          <w:p w14:paraId="46339914" w14:textId="77777777" w:rsidR="00E100AC" w:rsidRPr="00C53053" w:rsidRDefault="00000000">
            <w:pPr>
              <w:spacing w:after="0"/>
              <w:rPr>
                <w:rFonts w:ascii="Arial Nova" w:hAnsi="Arial Nova"/>
              </w:rPr>
            </w:pPr>
            <w:r w:rsidRPr="00C53053">
              <w:rPr>
                <w:rFonts w:ascii="Arial Nova" w:hAnsi="Arial Nova"/>
                <w:b/>
                <w:color w:val="FFFFFF"/>
                <w:sz w:val="18"/>
              </w:rPr>
              <w:t>1. PERSONAL INFORMATION</w:t>
            </w:r>
          </w:p>
        </w:tc>
        <w:tc>
          <w:tcPr>
            <w:tcW w:w="5616" w:type="dxa"/>
            <w:shd w:val="clear" w:color="auto" w:fill="28323C"/>
            <w:tcMar>
              <w:top w:w="50" w:type="dxa"/>
              <w:left w:w="80" w:type="dxa"/>
              <w:bottom w:w="50" w:type="dxa"/>
              <w:right w:w="80" w:type="dxa"/>
            </w:tcMar>
          </w:tcPr>
          <w:p w14:paraId="44845F58" w14:textId="77777777" w:rsidR="00E100AC" w:rsidRPr="00C53053" w:rsidRDefault="00E100AC">
            <w:pPr>
              <w:spacing w:after="0"/>
              <w:rPr>
                <w:rFonts w:ascii="Arial Nova" w:hAnsi="Arial Nova"/>
              </w:rPr>
            </w:pPr>
          </w:p>
        </w:tc>
      </w:tr>
      <w:tr w:rsidR="00E100AC" w:rsidRPr="00C53053" w14:paraId="17D9540D" w14:textId="77777777">
        <w:trPr>
          <w:jc w:val="center"/>
        </w:trPr>
        <w:tc>
          <w:tcPr>
            <w:tcW w:w="3744" w:type="dxa"/>
            <w:shd w:val="clear" w:color="auto" w:fill="F2F5F3"/>
            <w:tcMar>
              <w:top w:w="40" w:type="dxa"/>
              <w:left w:w="60" w:type="dxa"/>
              <w:bottom w:w="40" w:type="dxa"/>
              <w:right w:w="60" w:type="dxa"/>
            </w:tcMar>
          </w:tcPr>
          <w:p w14:paraId="380E729D" w14:textId="77777777" w:rsidR="00E100AC" w:rsidRPr="00C53053" w:rsidRDefault="00000000">
            <w:pPr>
              <w:spacing w:after="0"/>
              <w:rPr>
                <w:rFonts w:ascii="Arial Nova" w:hAnsi="Arial Nova"/>
              </w:rPr>
            </w:pPr>
            <w:r w:rsidRPr="00C53053">
              <w:rPr>
                <w:rFonts w:ascii="Arial Nova" w:hAnsi="Arial Nova"/>
                <w:b/>
                <w:color w:val="28323C"/>
                <w:sz w:val="17"/>
              </w:rPr>
              <w:t>Full Name:</w:t>
            </w:r>
          </w:p>
        </w:tc>
        <w:tc>
          <w:tcPr>
            <w:tcW w:w="5616" w:type="dxa"/>
            <w:shd w:val="clear" w:color="auto" w:fill="FFFFFF"/>
            <w:tcMar>
              <w:top w:w="40" w:type="dxa"/>
              <w:left w:w="60" w:type="dxa"/>
              <w:bottom w:w="40" w:type="dxa"/>
              <w:right w:w="60" w:type="dxa"/>
            </w:tcMar>
          </w:tcPr>
          <w:p w14:paraId="1D4FC22F" w14:textId="77777777" w:rsidR="00E100AC" w:rsidRPr="00C53053" w:rsidRDefault="00E100AC">
            <w:pPr>
              <w:spacing w:after="0"/>
              <w:rPr>
                <w:rFonts w:ascii="Arial Nova" w:hAnsi="Arial Nova"/>
              </w:rPr>
            </w:pPr>
          </w:p>
        </w:tc>
      </w:tr>
      <w:tr w:rsidR="00E100AC" w:rsidRPr="00C53053" w14:paraId="743778C4" w14:textId="77777777">
        <w:trPr>
          <w:jc w:val="center"/>
        </w:trPr>
        <w:tc>
          <w:tcPr>
            <w:tcW w:w="3744" w:type="dxa"/>
            <w:shd w:val="clear" w:color="auto" w:fill="F2F5F3"/>
            <w:tcMar>
              <w:top w:w="40" w:type="dxa"/>
              <w:left w:w="60" w:type="dxa"/>
              <w:bottom w:w="40" w:type="dxa"/>
              <w:right w:w="60" w:type="dxa"/>
            </w:tcMar>
          </w:tcPr>
          <w:p w14:paraId="077A3B70" w14:textId="77777777" w:rsidR="00E100AC" w:rsidRPr="00C53053" w:rsidRDefault="00000000">
            <w:pPr>
              <w:spacing w:after="0"/>
              <w:rPr>
                <w:rFonts w:ascii="Arial Nova" w:hAnsi="Arial Nova"/>
              </w:rPr>
            </w:pPr>
            <w:r w:rsidRPr="00C53053">
              <w:rPr>
                <w:rFonts w:ascii="Arial Nova" w:hAnsi="Arial Nova"/>
                <w:b/>
                <w:color w:val="28323C"/>
                <w:sz w:val="17"/>
              </w:rPr>
              <w:t>Address:</w:t>
            </w:r>
          </w:p>
        </w:tc>
        <w:tc>
          <w:tcPr>
            <w:tcW w:w="5616" w:type="dxa"/>
            <w:shd w:val="clear" w:color="auto" w:fill="FFFFFF"/>
            <w:tcMar>
              <w:top w:w="40" w:type="dxa"/>
              <w:left w:w="60" w:type="dxa"/>
              <w:bottom w:w="40" w:type="dxa"/>
              <w:right w:w="60" w:type="dxa"/>
            </w:tcMar>
          </w:tcPr>
          <w:p w14:paraId="7746DA74" w14:textId="77777777" w:rsidR="00E100AC" w:rsidRPr="00C53053" w:rsidRDefault="00E100AC">
            <w:pPr>
              <w:spacing w:after="0"/>
              <w:rPr>
                <w:rFonts w:ascii="Arial Nova" w:hAnsi="Arial Nova"/>
              </w:rPr>
            </w:pPr>
          </w:p>
        </w:tc>
      </w:tr>
      <w:tr w:rsidR="00E100AC" w:rsidRPr="00C53053" w14:paraId="1C45E077" w14:textId="77777777">
        <w:trPr>
          <w:jc w:val="center"/>
        </w:trPr>
        <w:tc>
          <w:tcPr>
            <w:tcW w:w="3744" w:type="dxa"/>
            <w:shd w:val="clear" w:color="auto" w:fill="F2F5F3"/>
            <w:tcMar>
              <w:top w:w="40" w:type="dxa"/>
              <w:left w:w="60" w:type="dxa"/>
              <w:bottom w:w="40" w:type="dxa"/>
              <w:right w:w="60" w:type="dxa"/>
            </w:tcMar>
          </w:tcPr>
          <w:p w14:paraId="0F20F550" w14:textId="77777777" w:rsidR="00E100AC" w:rsidRPr="00C53053" w:rsidRDefault="00000000">
            <w:pPr>
              <w:spacing w:after="0"/>
              <w:rPr>
                <w:rFonts w:ascii="Arial Nova" w:hAnsi="Arial Nova"/>
              </w:rPr>
            </w:pPr>
            <w:r w:rsidRPr="00C53053">
              <w:rPr>
                <w:rFonts w:ascii="Arial Nova" w:hAnsi="Arial Nova"/>
                <w:b/>
                <w:color w:val="28323C"/>
                <w:sz w:val="17"/>
              </w:rPr>
              <w:t>Telephone Number:</w:t>
            </w:r>
          </w:p>
        </w:tc>
        <w:tc>
          <w:tcPr>
            <w:tcW w:w="5616" w:type="dxa"/>
            <w:shd w:val="clear" w:color="auto" w:fill="FFFFFF"/>
            <w:tcMar>
              <w:top w:w="40" w:type="dxa"/>
              <w:left w:w="60" w:type="dxa"/>
              <w:bottom w:w="40" w:type="dxa"/>
              <w:right w:w="60" w:type="dxa"/>
            </w:tcMar>
          </w:tcPr>
          <w:p w14:paraId="7E6FA625" w14:textId="77777777" w:rsidR="00E100AC" w:rsidRPr="00C53053" w:rsidRDefault="00E100AC">
            <w:pPr>
              <w:spacing w:after="0"/>
              <w:rPr>
                <w:rFonts w:ascii="Arial Nova" w:hAnsi="Arial Nova"/>
              </w:rPr>
            </w:pPr>
          </w:p>
        </w:tc>
      </w:tr>
      <w:tr w:rsidR="00E100AC" w:rsidRPr="00C53053" w14:paraId="1D3FBA0F" w14:textId="77777777">
        <w:trPr>
          <w:jc w:val="center"/>
        </w:trPr>
        <w:tc>
          <w:tcPr>
            <w:tcW w:w="3744" w:type="dxa"/>
            <w:shd w:val="clear" w:color="auto" w:fill="F2F5F3"/>
            <w:tcMar>
              <w:top w:w="40" w:type="dxa"/>
              <w:left w:w="60" w:type="dxa"/>
              <w:bottom w:w="40" w:type="dxa"/>
              <w:right w:w="60" w:type="dxa"/>
            </w:tcMar>
          </w:tcPr>
          <w:p w14:paraId="3FC0F4FF" w14:textId="77777777" w:rsidR="00E100AC" w:rsidRPr="00C53053" w:rsidRDefault="00000000">
            <w:pPr>
              <w:spacing w:after="0"/>
              <w:rPr>
                <w:rFonts w:ascii="Arial Nova" w:hAnsi="Arial Nova"/>
              </w:rPr>
            </w:pPr>
            <w:r w:rsidRPr="00C53053">
              <w:rPr>
                <w:rFonts w:ascii="Arial Nova" w:hAnsi="Arial Nova"/>
                <w:b/>
                <w:color w:val="28323C"/>
                <w:sz w:val="17"/>
              </w:rPr>
              <w:t>Email Address:</w:t>
            </w:r>
          </w:p>
        </w:tc>
        <w:tc>
          <w:tcPr>
            <w:tcW w:w="5616" w:type="dxa"/>
            <w:shd w:val="clear" w:color="auto" w:fill="FFFFFF"/>
            <w:tcMar>
              <w:top w:w="40" w:type="dxa"/>
              <w:left w:w="60" w:type="dxa"/>
              <w:bottom w:w="40" w:type="dxa"/>
              <w:right w:w="60" w:type="dxa"/>
            </w:tcMar>
          </w:tcPr>
          <w:p w14:paraId="6883A437" w14:textId="77777777" w:rsidR="00E100AC" w:rsidRPr="00C53053" w:rsidRDefault="00E100AC">
            <w:pPr>
              <w:spacing w:after="0"/>
              <w:rPr>
                <w:rFonts w:ascii="Arial Nova" w:hAnsi="Arial Nova"/>
              </w:rPr>
            </w:pPr>
          </w:p>
        </w:tc>
      </w:tr>
      <w:tr w:rsidR="00E100AC" w:rsidRPr="00C53053" w14:paraId="0F612D3B" w14:textId="77777777">
        <w:trPr>
          <w:jc w:val="center"/>
        </w:trPr>
        <w:tc>
          <w:tcPr>
            <w:tcW w:w="3744" w:type="dxa"/>
            <w:shd w:val="clear" w:color="auto" w:fill="28323C"/>
            <w:tcMar>
              <w:top w:w="50" w:type="dxa"/>
              <w:left w:w="80" w:type="dxa"/>
              <w:bottom w:w="50" w:type="dxa"/>
              <w:right w:w="80" w:type="dxa"/>
            </w:tcMar>
          </w:tcPr>
          <w:p w14:paraId="30D19064" w14:textId="77777777" w:rsidR="00E100AC" w:rsidRPr="00C53053" w:rsidRDefault="00000000">
            <w:pPr>
              <w:spacing w:after="0"/>
              <w:rPr>
                <w:rFonts w:ascii="Arial Nova" w:hAnsi="Arial Nova"/>
              </w:rPr>
            </w:pPr>
            <w:r w:rsidRPr="00C53053">
              <w:rPr>
                <w:rFonts w:ascii="Arial Nova" w:hAnsi="Arial Nova"/>
                <w:b/>
                <w:color w:val="FFFFFF"/>
                <w:sz w:val="18"/>
              </w:rPr>
              <w:t>2. RIGHT TO WORK IN THE UK</w:t>
            </w:r>
          </w:p>
        </w:tc>
        <w:tc>
          <w:tcPr>
            <w:tcW w:w="5616" w:type="dxa"/>
            <w:shd w:val="clear" w:color="auto" w:fill="28323C"/>
            <w:tcMar>
              <w:top w:w="50" w:type="dxa"/>
              <w:left w:w="80" w:type="dxa"/>
              <w:bottom w:w="50" w:type="dxa"/>
              <w:right w:w="80" w:type="dxa"/>
            </w:tcMar>
          </w:tcPr>
          <w:p w14:paraId="729D15FB" w14:textId="77777777" w:rsidR="00E100AC" w:rsidRPr="00C53053" w:rsidRDefault="00E100AC">
            <w:pPr>
              <w:spacing w:after="0"/>
              <w:rPr>
                <w:rFonts w:ascii="Arial Nova" w:hAnsi="Arial Nova"/>
              </w:rPr>
            </w:pPr>
          </w:p>
        </w:tc>
      </w:tr>
      <w:tr w:rsidR="00E100AC" w:rsidRPr="00C53053" w14:paraId="14B2E0E2" w14:textId="77777777">
        <w:trPr>
          <w:jc w:val="center"/>
        </w:trPr>
        <w:tc>
          <w:tcPr>
            <w:tcW w:w="3744" w:type="dxa"/>
            <w:shd w:val="clear" w:color="auto" w:fill="F2F5F3"/>
            <w:tcMar>
              <w:top w:w="40" w:type="dxa"/>
              <w:left w:w="60" w:type="dxa"/>
              <w:bottom w:w="40" w:type="dxa"/>
              <w:right w:w="60" w:type="dxa"/>
            </w:tcMar>
          </w:tcPr>
          <w:p w14:paraId="1E10EB68" w14:textId="77777777" w:rsidR="00E100AC" w:rsidRPr="00C53053" w:rsidRDefault="00000000">
            <w:pPr>
              <w:spacing w:after="0"/>
              <w:rPr>
                <w:rFonts w:ascii="Arial Nova" w:hAnsi="Arial Nova"/>
              </w:rPr>
            </w:pPr>
            <w:r w:rsidRPr="00C53053">
              <w:rPr>
                <w:rFonts w:ascii="Arial Nova" w:hAnsi="Arial Nova"/>
                <w:b/>
                <w:color w:val="28323C"/>
                <w:sz w:val="17"/>
              </w:rPr>
              <w:t>Do you currently have the legal right to work in the UK?</w:t>
            </w:r>
          </w:p>
        </w:tc>
        <w:tc>
          <w:tcPr>
            <w:tcW w:w="5616" w:type="dxa"/>
            <w:shd w:val="clear" w:color="auto" w:fill="FFFFFF"/>
            <w:tcMar>
              <w:top w:w="40" w:type="dxa"/>
              <w:left w:w="60" w:type="dxa"/>
              <w:bottom w:w="40" w:type="dxa"/>
              <w:right w:w="60" w:type="dxa"/>
            </w:tcMar>
          </w:tcPr>
          <w:p w14:paraId="0A23A663" w14:textId="77777777" w:rsidR="00E100AC" w:rsidRPr="00C53053" w:rsidRDefault="00000000">
            <w:pPr>
              <w:spacing w:after="0"/>
              <w:rPr>
                <w:rFonts w:ascii="Arial Nova" w:hAnsi="Arial Nova"/>
              </w:rPr>
            </w:pPr>
            <w:proofErr w:type="gramStart"/>
            <w:r w:rsidRPr="00C53053">
              <w:rPr>
                <w:rFonts w:ascii="Arial Nova" w:hAnsi="Arial Nova"/>
                <w:color w:val="333333"/>
                <w:sz w:val="17"/>
              </w:rPr>
              <w:t>[  ]</w:t>
            </w:r>
            <w:proofErr w:type="gramEnd"/>
            <w:r w:rsidRPr="00C53053">
              <w:rPr>
                <w:rFonts w:ascii="Arial Nova" w:hAnsi="Arial Nova"/>
                <w:color w:val="333333"/>
                <w:sz w:val="17"/>
              </w:rPr>
              <w:t xml:space="preserve"> YES   </w:t>
            </w:r>
            <w:proofErr w:type="gramStart"/>
            <w:r w:rsidRPr="00C53053">
              <w:rPr>
                <w:rFonts w:ascii="Arial Nova" w:hAnsi="Arial Nova"/>
                <w:color w:val="333333"/>
                <w:sz w:val="17"/>
              </w:rPr>
              <w:t xml:space="preserve">   [  ]</w:t>
            </w:r>
            <w:proofErr w:type="gramEnd"/>
            <w:r w:rsidRPr="00C53053">
              <w:rPr>
                <w:rFonts w:ascii="Arial Nova" w:hAnsi="Arial Nova"/>
                <w:color w:val="333333"/>
                <w:sz w:val="17"/>
              </w:rPr>
              <w:t xml:space="preserve"> NO</w:t>
            </w:r>
            <w:r w:rsidRPr="00C53053">
              <w:rPr>
                <w:rFonts w:ascii="Arial Nova" w:hAnsi="Arial Nova"/>
                <w:color w:val="333333"/>
                <w:sz w:val="17"/>
              </w:rPr>
              <w:br/>
              <w:t>(Original proof required if interviewed)</w:t>
            </w:r>
          </w:p>
        </w:tc>
      </w:tr>
      <w:tr w:rsidR="00E100AC" w:rsidRPr="00C53053" w14:paraId="73AE325A" w14:textId="77777777">
        <w:trPr>
          <w:jc w:val="center"/>
        </w:trPr>
        <w:tc>
          <w:tcPr>
            <w:tcW w:w="3744" w:type="dxa"/>
            <w:shd w:val="clear" w:color="auto" w:fill="28323C"/>
            <w:tcMar>
              <w:top w:w="50" w:type="dxa"/>
              <w:left w:w="80" w:type="dxa"/>
              <w:bottom w:w="50" w:type="dxa"/>
              <w:right w:w="80" w:type="dxa"/>
            </w:tcMar>
          </w:tcPr>
          <w:p w14:paraId="2D6A0B6E" w14:textId="77777777" w:rsidR="00E100AC" w:rsidRPr="00C53053" w:rsidRDefault="00000000">
            <w:pPr>
              <w:spacing w:after="0"/>
              <w:rPr>
                <w:rFonts w:ascii="Arial Nova" w:hAnsi="Arial Nova"/>
              </w:rPr>
            </w:pPr>
            <w:r w:rsidRPr="00C53053">
              <w:rPr>
                <w:rFonts w:ascii="Arial Nova" w:hAnsi="Arial Nova"/>
                <w:b/>
                <w:color w:val="FFFFFF"/>
                <w:sz w:val="18"/>
              </w:rPr>
              <w:t>3. PROFESSIONAL REFERENCES</w:t>
            </w:r>
          </w:p>
        </w:tc>
        <w:tc>
          <w:tcPr>
            <w:tcW w:w="5616" w:type="dxa"/>
            <w:shd w:val="clear" w:color="auto" w:fill="28323C"/>
            <w:tcMar>
              <w:top w:w="50" w:type="dxa"/>
              <w:left w:w="80" w:type="dxa"/>
              <w:bottom w:w="50" w:type="dxa"/>
              <w:right w:w="80" w:type="dxa"/>
            </w:tcMar>
          </w:tcPr>
          <w:p w14:paraId="58453FD2" w14:textId="77777777" w:rsidR="00E100AC" w:rsidRPr="00C53053" w:rsidRDefault="00000000">
            <w:pPr>
              <w:spacing w:after="0"/>
              <w:rPr>
                <w:rFonts w:ascii="Arial Nova" w:hAnsi="Arial Nova"/>
              </w:rPr>
            </w:pPr>
            <w:r w:rsidRPr="00C53053">
              <w:rPr>
                <w:rFonts w:ascii="Arial Nova" w:hAnsi="Arial Nova"/>
                <w:color w:val="E6F0E6"/>
                <w:sz w:val="17"/>
              </w:rPr>
              <w:t>(Please provide 2 professional referees)</w:t>
            </w:r>
          </w:p>
        </w:tc>
      </w:tr>
      <w:tr w:rsidR="00E100AC" w:rsidRPr="00C53053" w14:paraId="0E4455B1" w14:textId="77777777">
        <w:trPr>
          <w:jc w:val="center"/>
        </w:trPr>
        <w:tc>
          <w:tcPr>
            <w:tcW w:w="3744" w:type="dxa"/>
            <w:shd w:val="clear" w:color="auto" w:fill="F2F5F3"/>
            <w:tcMar>
              <w:top w:w="40" w:type="dxa"/>
              <w:left w:w="60" w:type="dxa"/>
              <w:bottom w:w="40" w:type="dxa"/>
              <w:right w:w="60" w:type="dxa"/>
            </w:tcMar>
          </w:tcPr>
          <w:p w14:paraId="7CCEA971" w14:textId="77777777" w:rsidR="00E100AC" w:rsidRPr="00C53053" w:rsidRDefault="00000000">
            <w:pPr>
              <w:spacing w:after="0"/>
              <w:rPr>
                <w:rFonts w:ascii="Arial Nova" w:hAnsi="Arial Nova"/>
              </w:rPr>
            </w:pPr>
            <w:r w:rsidRPr="00C53053">
              <w:rPr>
                <w:rFonts w:ascii="Arial Nova" w:hAnsi="Arial Nova"/>
                <w:b/>
                <w:color w:val="28323C"/>
                <w:sz w:val="17"/>
              </w:rPr>
              <w:t>Referee 1 (Name, Title, Org, Contact):</w:t>
            </w:r>
          </w:p>
        </w:tc>
        <w:tc>
          <w:tcPr>
            <w:tcW w:w="5616" w:type="dxa"/>
            <w:shd w:val="clear" w:color="auto" w:fill="FFFFFF"/>
            <w:tcMar>
              <w:top w:w="40" w:type="dxa"/>
              <w:left w:w="60" w:type="dxa"/>
              <w:bottom w:w="40" w:type="dxa"/>
              <w:right w:w="60" w:type="dxa"/>
            </w:tcMar>
          </w:tcPr>
          <w:p w14:paraId="1F4752E8" w14:textId="701B4DB2" w:rsidR="00E100AC" w:rsidRPr="00C53053" w:rsidRDefault="00000000">
            <w:pPr>
              <w:spacing w:after="0"/>
              <w:rPr>
                <w:rFonts w:ascii="Arial Nova" w:hAnsi="Arial Nova"/>
              </w:rPr>
            </w:pPr>
            <w:r w:rsidRPr="00C53053">
              <w:rPr>
                <w:rFonts w:ascii="Arial Nova" w:hAnsi="Arial Nova"/>
                <w:color w:val="333333"/>
                <w:sz w:val="17"/>
              </w:rPr>
              <w:t xml:space="preserve">Contact prior to interview?   </w:t>
            </w:r>
            <w:proofErr w:type="gramStart"/>
            <w:r w:rsidRPr="00C53053">
              <w:rPr>
                <w:rFonts w:ascii="Arial Nova" w:hAnsi="Arial Nova"/>
                <w:color w:val="333333"/>
                <w:sz w:val="17"/>
              </w:rPr>
              <w:t>[  ]</w:t>
            </w:r>
            <w:proofErr w:type="gramEnd"/>
            <w:r w:rsidRPr="00C53053">
              <w:rPr>
                <w:rFonts w:ascii="Arial Nova" w:hAnsi="Arial Nova"/>
                <w:color w:val="333333"/>
                <w:sz w:val="17"/>
              </w:rPr>
              <w:t xml:space="preserve"> YES</w:t>
            </w:r>
            <w:proofErr w:type="gramStart"/>
            <w:r w:rsidRPr="00C53053">
              <w:rPr>
                <w:rFonts w:ascii="Arial Nova" w:hAnsi="Arial Nova"/>
                <w:color w:val="333333"/>
                <w:sz w:val="17"/>
              </w:rPr>
              <w:t xml:space="preserve">   [  ]</w:t>
            </w:r>
            <w:proofErr w:type="gramEnd"/>
            <w:r w:rsidRPr="00C53053">
              <w:rPr>
                <w:rFonts w:ascii="Arial Nova" w:hAnsi="Arial Nova"/>
                <w:color w:val="333333"/>
                <w:sz w:val="17"/>
              </w:rPr>
              <w:t xml:space="preserve"> NO</w:t>
            </w:r>
          </w:p>
        </w:tc>
      </w:tr>
      <w:tr w:rsidR="00E100AC" w:rsidRPr="00C53053" w14:paraId="29136A67" w14:textId="77777777">
        <w:trPr>
          <w:jc w:val="center"/>
        </w:trPr>
        <w:tc>
          <w:tcPr>
            <w:tcW w:w="3744" w:type="dxa"/>
            <w:shd w:val="clear" w:color="auto" w:fill="F2F5F3"/>
            <w:tcMar>
              <w:top w:w="40" w:type="dxa"/>
              <w:left w:w="60" w:type="dxa"/>
              <w:bottom w:w="40" w:type="dxa"/>
              <w:right w:w="60" w:type="dxa"/>
            </w:tcMar>
          </w:tcPr>
          <w:p w14:paraId="6E981EBF" w14:textId="77777777" w:rsidR="00E100AC" w:rsidRPr="00C53053" w:rsidRDefault="00000000">
            <w:pPr>
              <w:spacing w:after="0"/>
              <w:rPr>
                <w:rFonts w:ascii="Arial Nova" w:hAnsi="Arial Nova"/>
              </w:rPr>
            </w:pPr>
            <w:r w:rsidRPr="00C53053">
              <w:rPr>
                <w:rFonts w:ascii="Arial Nova" w:hAnsi="Arial Nova"/>
                <w:b/>
                <w:color w:val="28323C"/>
                <w:sz w:val="17"/>
              </w:rPr>
              <w:t>Referee 2 (Name, Title, Org, Contact):</w:t>
            </w:r>
          </w:p>
        </w:tc>
        <w:tc>
          <w:tcPr>
            <w:tcW w:w="5616" w:type="dxa"/>
            <w:shd w:val="clear" w:color="auto" w:fill="FFFFFF"/>
            <w:tcMar>
              <w:top w:w="40" w:type="dxa"/>
              <w:left w:w="60" w:type="dxa"/>
              <w:bottom w:w="40" w:type="dxa"/>
              <w:right w:w="60" w:type="dxa"/>
            </w:tcMar>
          </w:tcPr>
          <w:p w14:paraId="5CE06F1C" w14:textId="77777777" w:rsidR="00E100AC" w:rsidRPr="00C53053" w:rsidRDefault="00000000">
            <w:pPr>
              <w:spacing w:after="0"/>
              <w:rPr>
                <w:rFonts w:ascii="Arial Nova" w:hAnsi="Arial Nova"/>
              </w:rPr>
            </w:pPr>
            <w:r w:rsidRPr="00C53053">
              <w:rPr>
                <w:rFonts w:ascii="Arial Nova" w:hAnsi="Arial Nova"/>
                <w:color w:val="333333"/>
                <w:sz w:val="17"/>
              </w:rPr>
              <w:br/>
              <w:t xml:space="preserve">Contact prior to interview?   </w:t>
            </w:r>
            <w:proofErr w:type="gramStart"/>
            <w:r w:rsidRPr="00C53053">
              <w:rPr>
                <w:rFonts w:ascii="Arial Nova" w:hAnsi="Arial Nova"/>
                <w:color w:val="333333"/>
                <w:sz w:val="17"/>
              </w:rPr>
              <w:t>[  ]</w:t>
            </w:r>
            <w:proofErr w:type="gramEnd"/>
            <w:r w:rsidRPr="00C53053">
              <w:rPr>
                <w:rFonts w:ascii="Arial Nova" w:hAnsi="Arial Nova"/>
                <w:color w:val="333333"/>
                <w:sz w:val="17"/>
              </w:rPr>
              <w:t xml:space="preserve"> YES</w:t>
            </w:r>
            <w:proofErr w:type="gramStart"/>
            <w:r w:rsidRPr="00C53053">
              <w:rPr>
                <w:rFonts w:ascii="Arial Nova" w:hAnsi="Arial Nova"/>
                <w:color w:val="333333"/>
                <w:sz w:val="17"/>
              </w:rPr>
              <w:t xml:space="preserve">   [  ]</w:t>
            </w:r>
            <w:proofErr w:type="gramEnd"/>
            <w:r w:rsidRPr="00C53053">
              <w:rPr>
                <w:rFonts w:ascii="Arial Nova" w:hAnsi="Arial Nova"/>
                <w:color w:val="333333"/>
                <w:sz w:val="17"/>
              </w:rPr>
              <w:t xml:space="preserve"> NO</w:t>
            </w:r>
          </w:p>
        </w:tc>
      </w:tr>
      <w:tr w:rsidR="00E100AC" w:rsidRPr="00C53053" w14:paraId="2E910D7B" w14:textId="77777777">
        <w:trPr>
          <w:jc w:val="center"/>
        </w:trPr>
        <w:tc>
          <w:tcPr>
            <w:tcW w:w="3744" w:type="dxa"/>
            <w:shd w:val="clear" w:color="auto" w:fill="28323C"/>
            <w:tcMar>
              <w:top w:w="50" w:type="dxa"/>
              <w:left w:w="80" w:type="dxa"/>
              <w:bottom w:w="50" w:type="dxa"/>
              <w:right w:w="80" w:type="dxa"/>
            </w:tcMar>
          </w:tcPr>
          <w:p w14:paraId="68E5B41A" w14:textId="77777777" w:rsidR="00E100AC" w:rsidRPr="00C53053" w:rsidRDefault="00000000">
            <w:pPr>
              <w:spacing w:after="0"/>
              <w:rPr>
                <w:rFonts w:ascii="Arial Nova" w:hAnsi="Arial Nova"/>
              </w:rPr>
            </w:pPr>
            <w:r w:rsidRPr="00C53053">
              <w:rPr>
                <w:rFonts w:ascii="Arial Nova" w:hAnsi="Arial Nova"/>
                <w:b/>
                <w:color w:val="FFFFFF"/>
                <w:sz w:val="18"/>
              </w:rPr>
              <w:t>4. CRIMINAL CONVICTIONS DECLARATION</w:t>
            </w:r>
          </w:p>
        </w:tc>
        <w:tc>
          <w:tcPr>
            <w:tcW w:w="5616" w:type="dxa"/>
            <w:shd w:val="clear" w:color="auto" w:fill="28323C"/>
            <w:tcMar>
              <w:top w:w="50" w:type="dxa"/>
              <w:left w:w="80" w:type="dxa"/>
              <w:bottom w:w="50" w:type="dxa"/>
              <w:right w:w="80" w:type="dxa"/>
            </w:tcMar>
          </w:tcPr>
          <w:p w14:paraId="4F3B3C9C" w14:textId="77777777" w:rsidR="00E100AC" w:rsidRPr="00C53053" w:rsidRDefault="00E100AC">
            <w:pPr>
              <w:spacing w:after="0"/>
              <w:rPr>
                <w:rFonts w:ascii="Arial Nova" w:hAnsi="Arial Nova"/>
              </w:rPr>
            </w:pPr>
          </w:p>
        </w:tc>
      </w:tr>
      <w:tr w:rsidR="00E100AC" w:rsidRPr="00C53053" w14:paraId="40CAD704" w14:textId="77777777">
        <w:trPr>
          <w:jc w:val="center"/>
        </w:trPr>
        <w:tc>
          <w:tcPr>
            <w:tcW w:w="3744" w:type="dxa"/>
            <w:shd w:val="clear" w:color="auto" w:fill="F2F5F3"/>
            <w:tcMar>
              <w:top w:w="40" w:type="dxa"/>
              <w:left w:w="60" w:type="dxa"/>
              <w:bottom w:w="40" w:type="dxa"/>
              <w:right w:w="60" w:type="dxa"/>
            </w:tcMar>
          </w:tcPr>
          <w:p w14:paraId="0DBEF53D" w14:textId="77777777" w:rsidR="00E100AC" w:rsidRPr="00C53053" w:rsidRDefault="00000000">
            <w:pPr>
              <w:spacing w:after="0"/>
              <w:rPr>
                <w:rFonts w:ascii="Arial Nova" w:hAnsi="Arial Nova"/>
              </w:rPr>
            </w:pPr>
            <w:r w:rsidRPr="00C53053">
              <w:rPr>
                <w:rFonts w:ascii="Arial Nova" w:hAnsi="Arial Nova"/>
                <w:b/>
                <w:color w:val="28323C"/>
                <w:sz w:val="17"/>
              </w:rPr>
              <w:t>Do you have any unspent criminal convictions or cautions?</w:t>
            </w:r>
          </w:p>
        </w:tc>
        <w:tc>
          <w:tcPr>
            <w:tcW w:w="5616" w:type="dxa"/>
            <w:shd w:val="clear" w:color="auto" w:fill="FFFFFF"/>
            <w:tcMar>
              <w:top w:w="40" w:type="dxa"/>
              <w:left w:w="60" w:type="dxa"/>
              <w:bottom w:w="40" w:type="dxa"/>
              <w:right w:w="60" w:type="dxa"/>
            </w:tcMar>
          </w:tcPr>
          <w:p w14:paraId="71D2D88F" w14:textId="77777777" w:rsidR="00E100AC" w:rsidRPr="00C53053" w:rsidRDefault="00000000">
            <w:pPr>
              <w:spacing w:after="0"/>
              <w:rPr>
                <w:rFonts w:ascii="Arial Nova" w:hAnsi="Arial Nova"/>
              </w:rPr>
            </w:pPr>
            <w:proofErr w:type="gramStart"/>
            <w:r w:rsidRPr="00C53053">
              <w:rPr>
                <w:rFonts w:ascii="Arial Nova" w:hAnsi="Arial Nova"/>
                <w:color w:val="333333"/>
                <w:sz w:val="17"/>
              </w:rPr>
              <w:t>[  ]</w:t>
            </w:r>
            <w:proofErr w:type="gramEnd"/>
            <w:r w:rsidRPr="00C53053">
              <w:rPr>
                <w:rFonts w:ascii="Arial Nova" w:hAnsi="Arial Nova"/>
                <w:color w:val="333333"/>
                <w:sz w:val="17"/>
              </w:rPr>
              <w:t xml:space="preserve"> YES   </w:t>
            </w:r>
            <w:proofErr w:type="gramStart"/>
            <w:r w:rsidRPr="00C53053">
              <w:rPr>
                <w:rFonts w:ascii="Arial Nova" w:hAnsi="Arial Nova"/>
                <w:color w:val="333333"/>
                <w:sz w:val="17"/>
              </w:rPr>
              <w:t xml:space="preserve">   [  ]</w:t>
            </w:r>
            <w:proofErr w:type="gramEnd"/>
            <w:r w:rsidRPr="00C53053">
              <w:rPr>
                <w:rFonts w:ascii="Arial Nova" w:hAnsi="Arial Nova"/>
                <w:color w:val="333333"/>
                <w:sz w:val="17"/>
              </w:rPr>
              <w:t xml:space="preserve"> NO</w:t>
            </w:r>
            <w:r w:rsidRPr="00C53053">
              <w:rPr>
                <w:rFonts w:ascii="Arial Nova" w:hAnsi="Arial Nova"/>
                <w:color w:val="333333"/>
                <w:sz w:val="17"/>
              </w:rPr>
              <w:br/>
              <w:t xml:space="preserve">(If </w:t>
            </w:r>
            <w:proofErr w:type="gramStart"/>
            <w:r w:rsidRPr="00C53053">
              <w:rPr>
                <w:rFonts w:ascii="Arial Nova" w:hAnsi="Arial Nova"/>
                <w:color w:val="333333"/>
                <w:sz w:val="17"/>
              </w:rPr>
              <w:t>Yes</w:t>
            </w:r>
            <w:proofErr w:type="gramEnd"/>
            <w:r w:rsidRPr="00C53053">
              <w:rPr>
                <w:rFonts w:ascii="Arial Nova" w:hAnsi="Arial Nova"/>
                <w:color w:val="333333"/>
                <w:sz w:val="17"/>
              </w:rPr>
              <w:t>, attach details in a sealed envelope marked 'Confidential - Clerk')</w:t>
            </w:r>
          </w:p>
        </w:tc>
      </w:tr>
      <w:tr w:rsidR="00E100AC" w:rsidRPr="00C53053" w14:paraId="7826534A" w14:textId="77777777">
        <w:trPr>
          <w:jc w:val="center"/>
        </w:trPr>
        <w:tc>
          <w:tcPr>
            <w:tcW w:w="3744" w:type="dxa"/>
            <w:shd w:val="clear" w:color="auto" w:fill="28323C"/>
            <w:tcMar>
              <w:top w:w="50" w:type="dxa"/>
              <w:left w:w="80" w:type="dxa"/>
              <w:bottom w:w="50" w:type="dxa"/>
              <w:right w:w="80" w:type="dxa"/>
            </w:tcMar>
          </w:tcPr>
          <w:p w14:paraId="40A7920A" w14:textId="77777777" w:rsidR="00E100AC" w:rsidRPr="00C53053" w:rsidRDefault="00000000">
            <w:pPr>
              <w:spacing w:after="0"/>
              <w:rPr>
                <w:rFonts w:ascii="Arial Nova" w:hAnsi="Arial Nova"/>
              </w:rPr>
            </w:pPr>
            <w:r w:rsidRPr="00C53053">
              <w:rPr>
                <w:rFonts w:ascii="Arial Nova" w:hAnsi="Arial Nova"/>
                <w:b/>
                <w:color w:val="FFFFFF"/>
                <w:sz w:val="18"/>
              </w:rPr>
              <w:t>5. REASONABLE ADJUSTMENTS</w:t>
            </w:r>
          </w:p>
        </w:tc>
        <w:tc>
          <w:tcPr>
            <w:tcW w:w="5616" w:type="dxa"/>
            <w:shd w:val="clear" w:color="auto" w:fill="28323C"/>
            <w:tcMar>
              <w:top w:w="50" w:type="dxa"/>
              <w:left w:w="80" w:type="dxa"/>
              <w:bottom w:w="50" w:type="dxa"/>
              <w:right w:w="80" w:type="dxa"/>
            </w:tcMar>
          </w:tcPr>
          <w:p w14:paraId="779A5E73" w14:textId="77777777" w:rsidR="00E100AC" w:rsidRPr="00C53053" w:rsidRDefault="00E100AC">
            <w:pPr>
              <w:spacing w:after="0"/>
              <w:rPr>
                <w:rFonts w:ascii="Arial Nova" w:hAnsi="Arial Nova"/>
              </w:rPr>
            </w:pPr>
          </w:p>
        </w:tc>
      </w:tr>
      <w:tr w:rsidR="00E100AC" w:rsidRPr="00C53053" w14:paraId="19361F99" w14:textId="77777777">
        <w:trPr>
          <w:jc w:val="center"/>
        </w:trPr>
        <w:tc>
          <w:tcPr>
            <w:tcW w:w="3744" w:type="dxa"/>
            <w:shd w:val="clear" w:color="auto" w:fill="F2F5F3"/>
            <w:tcMar>
              <w:top w:w="40" w:type="dxa"/>
              <w:left w:w="60" w:type="dxa"/>
              <w:bottom w:w="40" w:type="dxa"/>
              <w:right w:w="60" w:type="dxa"/>
            </w:tcMar>
          </w:tcPr>
          <w:p w14:paraId="71564547" w14:textId="77777777" w:rsidR="00E100AC" w:rsidRPr="00C53053" w:rsidRDefault="00000000">
            <w:pPr>
              <w:spacing w:after="0"/>
              <w:rPr>
                <w:rFonts w:ascii="Arial Nova" w:hAnsi="Arial Nova"/>
              </w:rPr>
            </w:pPr>
            <w:r w:rsidRPr="00C53053">
              <w:rPr>
                <w:rFonts w:ascii="Arial Nova" w:hAnsi="Arial Nova"/>
                <w:b/>
                <w:color w:val="28323C"/>
                <w:sz w:val="17"/>
              </w:rPr>
              <w:t>Requirements for interview (Equality Act 2010):</w:t>
            </w:r>
          </w:p>
        </w:tc>
        <w:tc>
          <w:tcPr>
            <w:tcW w:w="5616" w:type="dxa"/>
            <w:shd w:val="clear" w:color="auto" w:fill="FFFFFF"/>
            <w:tcMar>
              <w:top w:w="40" w:type="dxa"/>
              <w:left w:w="60" w:type="dxa"/>
              <w:bottom w:w="40" w:type="dxa"/>
              <w:right w:w="60" w:type="dxa"/>
            </w:tcMar>
          </w:tcPr>
          <w:p w14:paraId="15AC9754" w14:textId="77777777" w:rsidR="00E100AC" w:rsidRPr="00C53053" w:rsidRDefault="00E100AC">
            <w:pPr>
              <w:spacing w:after="0"/>
              <w:rPr>
                <w:rFonts w:ascii="Arial Nova" w:hAnsi="Arial Nova"/>
              </w:rPr>
            </w:pPr>
          </w:p>
        </w:tc>
      </w:tr>
    </w:tbl>
    <w:p w14:paraId="4C66FF42" w14:textId="77777777" w:rsidR="00E100AC" w:rsidRPr="00C53053" w:rsidRDefault="00E100AC">
      <w:pPr>
        <w:spacing w:after="80"/>
        <w:rPr>
          <w:rFonts w:ascii="Arial Nova" w:hAnsi="Arial Nova"/>
        </w:rPr>
      </w:pPr>
    </w:p>
    <w:p w14:paraId="265B562D" w14:textId="77777777" w:rsidR="00E100AC" w:rsidRPr="00C53053" w:rsidRDefault="00000000">
      <w:pPr>
        <w:keepNext/>
        <w:spacing w:before="240" w:after="80"/>
        <w:rPr>
          <w:rFonts w:ascii="Arial Nova" w:hAnsi="Arial Nova"/>
        </w:rPr>
      </w:pPr>
      <w:r w:rsidRPr="00C53053">
        <w:rPr>
          <w:rFonts w:ascii="Arial Nova" w:hAnsi="Arial Nova"/>
          <w:b/>
          <w:color w:val="28323C"/>
          <w:sz w:val="23"/>
        </w:rPr>
        <w:t>Applicant Declaration</w:t>
      </w:r>
    </w:p>
    <w:p w14:paraId="1905D5F7" w14:textId="3023DD2D" w:rsidR="00E100AC" w:rsidRPr="00C53053" w:rsidRDefault="00000000">
      <w:pPr>
        <w:spacing w:after="100"/>
        <w:rPr>
          <w:rFonts w:ascii="Arial Nova" w:hAnsi="Arial Nova"/>
        </w:rPr>
      </w:pPr>
      <w:r w:rsidRPr="00C53053">
        <w:rPr>
          <w:rFonts w:ascii="Arial Nova" w:hAnsi="Arial Nova"/>
          <w:color w:val="333333"/>
          <w:sz w:val="20"/>
        </w:rPr>
        <w:t>I declare that the information provided in this application is true and complete to the best of my knowledge. I understand that deliberate omission or false information may result in disqualification or dismissal if appointed.</w:t>
      </w:r>
      <w:r w:rsidR="00C53053">
        <w:rPr>
          <w:rFonts w:ascii="Arial Nova" w:hAnsi="Arial Nova"/>
          <w:color w:val="333333"/>
          <w:sz w:val="20"/>
        </w:rPr>
        <w:br/>
      </w:r>
      <w:r w:rsidR="00C53053">
        <w:rPr>
          <w:rFonts w:ascii="Arial Nova" w:hAnsi="Arial Nova"/>
          <w:color w:val="333333"/>
          <w:sz w:val="20"/>
        </w:rPr>
        <w:br/>
      </w:r>
      <w:r w:rsidR="00C53053">
        <w:rPr>
          <w:rFonts w:ascii="Arial Nova" w:hAnsi="Arial Nova"/>
          <w:color w:val="333333"/>
          <w:sz w:val="20"/>
        </w:rPr>
        <w:br/>
      </w:r>
    </w:p>
    <w:tbl>
      <w:tblPr>
        <w:tblW w:w="0" w:type="auto"/>
        <w:jc w:val="center"/>
        <w:tblLook w:val="04A0" w:firstRow="1" w:lastRow="0" w:firstColumn="1" w:lastColumn="0" w:noHBand="0" w:noVBand="1"/>
      </w:tblPr>
      <w:tblGrid>
        <w:gridCol w:w="5760"/>
        <w:gridCol w:w="3600"/>
      </w:tblGrid>
      <w:tr w:rsidR="00E100AC" w:rsidRPr="00C53053" w14:paraId="224AF9EE" w14:textId="77777777">
        <w:trPr>
          <w:jc w:val="center"/>
        </w:trPr>
        <w:tc>
          <w:tcPr>
            <w:tcW w:w="5760" w:type="dxa"/>
            <w:tcMar>
              <w:top w:w="50" w:type="dxa"/>
              <w:left w:w="60" w:type="dxa"/>
              <w:bottom w:w="50" w:type="dxa"/>
              <w:right w:w="60" w:type="dxa"/>
            </w:tcMar>
          </w:tcPr>
          <w:p w14:paraId="0FEE2180" w14:textId="77777777" w:rsidR="00E100AC" w:rsidRPr="00C53053" w:rsidRDefault="00000000">
            <w:pPr>
              <w:spacing w:after="0"/>
              <w:rPr>
                <w:rFonts w:ascii="Arial Nova" w:hAnsi="Arial Nova"/>
              </w:rPr>
            </w:pPr>
            <w:r w:rsidRPr="00C53053">
              <w:rPr>
                <w:rFonts w:ascii="Arial Nova" w:hAnsi="Arial Nova"/>
                <w:color w:val="333333"/>
                <w:sz w:val="18"/>
              </w:rPr>
              <w:t>Signature: _________________________________________</w:t>
            </w:r>
          </w:p>
        </w:tc>
        <w:tc>
          <w:tcPr>
            <w:tcW w:w="3600" w:type="dxa"/>
            <w:tcMar>
              <w:top w:w="50" w:type="dxa"/>
              <w:left w:w="60" w:type="dxa"/>
              <w:bottom w:w="50" w:type="dxa"/>
              <w:right w:w="60" w:type="dxa"/>
            </w:tcMar>
          </w:tcPr>
          <w:p w14:paraId="3D87EAE4" w14:textId="77777777" w:rsidR="00E100AC" w:rsidRPr="00C53053" w:rsidRDefault="00000000">
            <w:pPr>
              <w:spacing w:after="0"/>
              <w:rPr>
                <w:rFonts w:ascii="Arial Nova" w:hAnsi="Arial Nova"/>
              </w:rPr>
            </w:pPr>
            <w:r w:rsidRPr="00C53053">
              <w:rPr>
                <w:rFonts w:ascii="Arial Nova" w:hAnsi="Arial Nova"/>
                <w:color w:val="333333"/>
                <w:sz w:val="18"/>
              </w:rPr>
              <w:t>Date: ____________________</w:t>
            </w:r>
          </w:p>
        </w:tc>
      </w:tr>
    </w:tbl>
    <w:p w14:paraId="3A093FDD" w14:textId="58A4414B" w:rsidR="002F4F99" w:rsidRPr="00C53053" w:rsidRDefault="00000000" w:rsidP="00BE2D41">
      <w:pPr>
        <w:rPr>
          <w:rFonts w:ascii="Arial Nova" w:hAnsi="Arial Nova"/>
        </w:rPr>
      </w:pPr>
      <w:r w:rsidRPr="00C53053">
        <w:rPr>
          <w:rFonts w:ascii="Arial Nova" w:hAnsi="Arial Nova"/>
        </w:rPr>
        <w:br w:type="page"/>
      </w:r>
    </w:p>
    <w:sectPr w:rsidR="002F4F99" w:rsidRPr="00C53053" w:rsidSect="00034616">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95AAD" w14:textId="77777777" w:rsidR="00A80A2E" w:rsidRDefault="00A80A2E" w:rsidP="00EB6423">
      <w:pPr>
        <w:spacing w:after="0" w:line="240" w:lineRule="auto"/>
      </w:pPr>
      <w:r>
        <w:separator/>
      </w:r>
    </w:p>
  </w:endnote>
  <w:endnote w:type="continuationSeparator" w:id="0">
    <w:p w14:paraId="294C8B5D" w14:textId="77777777" w:rsidR="00A80A2E" w:rsidRDefault="00A80A2E" w:rsidP="00EB64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Nova">
    <w:altName w:val="Arial Nova"/>
    <w:charset w:val="00"/>
    <w:family w:val="swiss"/>
    <w:pitch w:val="variable"/>
    <w:sig w:usb0="0000028F" w:usb1="00000002"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8E6CC" w14:textId="77777777" w:rsidR="00A80A2E" w:rsidRDefault="00A80A2E" w:rsidP="00EB6423">
      <w:pPr>
        <w:spacing w:after="0" w:line="240" w:lineRule="auto"/>
      </w:pPr>
      <w:r>
        <w:separator/>
      </w:r>
    </w:p>
  </w:footnote>
  <w:footnote w:type="continuationSeparator" w:id="0">
    <w:p w14:paraId="0E17AEF1" w14:textId="77777777" w:rsidR="00A80A2E" w:rsidRDefault="00A80A2E" w:rsidP="00EB64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6B32F650"/>
    <w:lvl w:ilvl="0">
      <w:start w:val="1"/>
      <w:numFmt w:val="bullet"/>
      <w:pStyle w:val="ListBullet"/>
      <w:lvlText w:val=""/>
      <w:lvlJc w:val="left"/>
      <w:pPr>
        <w:tabs>
          <w:tab w:val="num" w:pos="360"/>
        </w:tabs>
        <w:ind w:left="360" w:hanging="360"/>
      </w:pPr>
      <w:rPr>
        <w:rFonts w:ascii="Symbol" w:hAnsi="Symbol" w:hint="default"/>
      </w:rPr>
    </w:lvl>
  </w:abstractNum>
  <w:num w:numId="1" w16cid:durableId="1480267867">
    <w:abstractNumId w:val="8"/>
  </w:num>
  <w:num w:numId="2" w16cid:durableId="1290863130">
    <w:abstractNumId w:val="6"/>
  </w:num>
  <w:num w:numId="3" w16cid:durableId="938870908">
    <w:abstractNumId w:val="5"/>
  </w:num>
  <w:num w:numId="4" w16cid:durableId="809248900">
    <w:abstractNumId w:val="4"/>
  </w:num>
  <w:num w:numId="5" w16cid:durableId="893387728">
    <w:abstractNumId w:val="7"/>
  </w:num>
  <w:num w:numId="6" w16cid:durableId="925959662">
    <w:abstractNumId w:val="3"/>
  </w:num>
  <w:num w:numId="7" w16cid:durableId="377163502">
    <w:abstractNumId w:val="2"/>
  </w:num>
  <w:num w:numId="8" w16cid:durableId="1601910405">
    <w:abstractNumId w:val="1"/>
  </w:num>
  <w:num w:numId="9" w16cid:durableId="12110687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F4F99"/>
    <w:rsid w:val="00326F90"/>
    <w:rsid w:val="00380CFD"/>
    <w:rsid w:val="00414FD7"/>
    <w:rsid w:val="00A80A2E"/>
    <w:rsid w:val="00AA1D8D"/>
    <w:rsid w:val="00B16323"/>
    <w:rsid w:val="00B47730"/>
    <w:rsid w:val="00B776C9"/>
    <w:rsid w:val="00BE2D41"/>
    <w:rsid w:val="00C53053"/>
    <w:rsid w:val="00CB0664"/>
    <w:rsid w:val="00CF2894"/>
    <w:rsid w:val="00E0474D"/>
    <w:rsid w:val="00E100AC"/>
    <w:rsid w:val="00EB6423"/>
    <w:rsid w:val="00F32DA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32A96C"/>
  <w14:defaultImageDpi w14:val="300"/>
  <w15:docId w15:val="{C7635EDF-B8C0-44A8-872F-916A8DEC3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5</Pages>
  <Words>1105</Words>
  <Characters>6300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7391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Gustave Rieunier</cp:lastModifiedBy>
  <cp:revision>3</cp:revision>
  <dcterms:created xsi:type="dcterms:W3CDTF">2026-11-05T10:57:00Z</dcterms:created>
  <dcterms:modified xsi:type="dcterms:W3CDTF">2026-11-05T10:59:00Z</dcterms:modified>
  <cp:category/>
</cp:coreProperties>
</file>